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aff0"/>
        <w:tblW w:w="0" w:type="auto"/>
        <w:tblInd w:w="-4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93"/>
        <w:gridCol w:w="1935"/>
        <w:gridCol w:w="236"/>
        <w:gridCol w:w="380"/>
        <w:gridCol w:w="470"/>
        <w:gridCol w:w="938"/>
        <w:gridCol w:w="45"/>
        <w:gridCol w:w="1949"/>
        <w:gridCol w:w="45"/>
        <w:gridCol w:w="1993"/>
        <w:gridCol w:w="236"/>
        <w:gridCol w:w="684"/>
        <w:gridCol w:w="148"/>
      </w:tblGrid>
      <w:tr w:rsidR="0099074E" w:rsidRPr="006136CD" w14:paraId="1C5C243F" w14:textId="77777777" w:rsidTr="00AD799F">
        <w:trPr>
          <w:gridAfter w:val="1"/>
          <w:wAfter w:w="148" w:type="dxa"/>
        </w:trPr>
        <w:tc>
          <w:tcPr>
            <w:tcW w:w="4952" w:type="dxa"/>
            <w:gridSpan w:val="6"/>
          </w:tcPr>
          <w:p w14:paraId="55C8BD4C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 xml:space="preserve">APROBAT:                                                                                     </w:t>
            </w:r>
          </w:p>
        </w:tc>
        <w:tc>
          <w:tcPr>
            <w:tcW w:w="4952" w:type="dxa"/>
            <w:gridSpan w:val="6"/>
          </w:tcPr>
          <w:p w14:paraId="1112E15B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ORGANIZATOR:</w:t>
            </w:r>
          </w:p>
        </w:tc>
      </w:tr>
      <w:tr w:rsidR="0099074E" w:rsidRPr="006136CD" w14:paraId="38A1827E" w14:textId="77777777" w:rsidTr="00AD799F">
        <w:trPr>
          <w:gridAfter w:val="1"/>
          <w:wAfter w:w="148" w:type="dxa"/>
        </w:trPr>
        <w:tc>
          <w:tcPr>
            <w:tcW w:w="4952" w:type="dxa"/>
            <w:gridSpan w:val="6"/>
          </w:tcPr>
          <w:p w14:paraId="15E7439B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Președintele</w:t>
            </w:r>
            <w:proofErr w:type="spellEnd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Federației</w:t>
            </w:r>
            <w:proofErr w:type="spellEnd"/>
          </w:p>
        </w:tc>
        <w:tc>
          <w:tcPr>
            <w:tcW w:w="4952" w:type="dxa"/>
            <w:gridSpan w:val="6"/>
          </w:tcPr>
          <w:p w14:paraId="6419460E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Președintele</w:t>
            </w:r>
            <w:proofErr w:type="spellEnd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 xml:space="preserve"> SC „TORI”</w:t>
            </w:r>
          </w:p>
        </w:tc>
      </w:tr>
      <w:tr w:rsidR="0099074E" w:rsidRPr="006136CD" w14:paraId="49F0A311" w14:textId="77777777" w:rsidTr="00AD799F">
        <w:trPr>
          <w:gridAfter w:val="1"/>
          <w:wAfter w:w="148" w:type="dxa"/>
        </w:trPr>
        <w:tc>
          <w:tcPr>
            <w:tcW w:w="4952" w:type="dxa"/>
            <w:gridSpan w:val="6"/>
          </w:tcPr>
          <w:p w14:paraId="2717FBD5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de Judo din Republica Moldova</w:t>
            </w:r>
          </w:p>
        </w:tc>
        <w:tc>
          <w:tcPr>
            <w:tcW w:w="4952" w:type="dxa"/>
            <w:gridSpan w:val="6"/>
          </w:tcPr>
          <w:p w14:paraId="5E24EEF9" w14:textId="6F8396B6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</w:t>
            </w:r>
            <w:proofErr w:type="spellStart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Osadci</w:t>
            </w:r>
            <w:proofErr w:type="spellEnd"/>
            <w:r w:rsidRPr="006136CD">
              <w:rPr>
                <w:rFonts w:ascii="Times New Roman" w:hAnsi="Times New Roman" w:cs="Times New Roman"/>
                <w:sz w:val="28"/>
                <w:szCs w:val="28"/>
              </w:rPr>
              <w:t xml:space="preserve"> E.                       </w:t>
            </w:r>
          </w:p>
        </w:tc>
      </w:tr>
      <w:tr w:rsidR="0099074E" w:rsidRPr="006136CD" w14:paraId="6DC75496" w14:textId="77777777" w:rsidTr="00AD799F">
        <w:trPr>
          <w:gridAfter w:val="1"/>
          <w:wAfter w:w="148" w:type="dxa"/>
        </w:trPr>
        <w:tc>
          <w:tcPr>
            <w:tcW w:w="4952" w:type="dxa"/>
            <w:gridSpan w:val="6"/>
          </w:tcPr>
          <w:p w14:paraId="2FACB07F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Golban A.</w:t>
            </w:r>
          </w:p>
        </w:tc>
        <w:tc>
          <w:tcPr>
            <w:tcW w:w="4952" w:type="dxa"/>
            <w:gridSpan w:val="6"/>
          </w:tcPr>
          <w:p w14:paraId="0EFBD281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074E" w:rsidRPr="006136CD" w14:paraId="6978EABD" w14:textId="77777777" w:rsidTr="00AD799F">
        <w:trPr>
          <w:gridAfter w:val="1"/>
          <w:wAfter w:w="148" w:type="dxa"/>
        </w:trPr>
        <w:tc>
          <w:tcPr>
            <w:tcW w:w="3544" w:type="dxa"/>
            <w:gridSpan w:val="4"/>
          </w:tcPr>
          <w:p w14:paraId="1304E167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408" w:type="dxa"/>
            <w:gridSpan w:val="2"/>
          </w:tcPr>
          <w:p w14:paraId="3D47D6E7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  <w:gridSpan w:val="2"/>
          </w:tcPr>
          <w:p w14:paraId="080C3563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958" w:type="dxa"/>
            <w:gridSpan w:val="4"/>
          </w:tcPr>
          <w:p w14:paraId="5768C5CB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9074E" w:rsidRPr="006136CD" w14:paraId="0A18C209" w14:textId="77777777" w:rsidTr="00AD799F">
        <w:tc>
          <w:tcPr>
            <w:tcW w:w="993" w:type="dxa"/>
          </w:tcPr>
          <w:p w14:paraId="5ED24760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6136C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</w:t>
            </w: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  <w:tc>
          <w:tcPr>
            <w:tcW w:w="1935" w:type="dxa"/>
            <w:tcBorders>
              <w:bottom w:val="single" w:sz="4" w:space="0" w:color="auto"/>
            </w:tcBorders>
          </w:tcPr>
          <w:p w14:paraId="44090B3C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</w:t>
            </w:r>
          </w:p>
        </w:tc>
        <w:tc>
          <w:tcPr>
            <w:tcW w:w="236" w:type="dxa"/>
            <w:tcBorders>
              <w:left w:val="nil"/>
            </w:tcBorders>
          </w:tcPr>
          <w:p w14:paraId="2A00E313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  <w:u w:val="single"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14:paraId="7F14276A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  <w:tc>
          <w:tcPr>
            <w:tcW w:w="983" w:type="dxa"/>
            <w:gridSpan w:val="2"/>
          </w:tcPr>
          <w:p w14:paraId="433913B4" w14:textId="77777777" w:rsidR="0099074E" w:rsidRPr="006136CD" w:rsidRDefault="0099074E" w:rsidP="00AD799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94" w:type="dxa"/>
            <w:gridSpan w:val="2"/>
          </w:tcPr>
          <w:p w14:paraId="7FB5C684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„</w:t>
            </w:r>
            <w:r w:rsidRPr="006136CD">
              <w:rPr>
                <w:rFonts w:ascii="Times New Roman" w:hAnsi="Times New Roman" w:cs="Times New Roman"/>
                <w:sz w:val="28"/>
                <w:szCs w:val="28"/>
                <w:u w:val="single"/>
              </w:rPr>
              <w:t xml:space="preserve">       </w:t>
            </w: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”</w:t>
            </w:r>
          </w:p>
        </w:tc>
        <w:tc>
          <w:tcPr>
            <w:tcW w:w="1993" w:type="dxa"/>
            <w:tcBorders>
              <w:bottom w:val="single" w:sz="4" w:space="0" w:color="auto"/>
            </w:tcBorders>
          </w:tcPr>
          <w:p w14:paraId="7B8DA5E5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04222A6C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2" w:type="dxa"/>
            <w:gridSpan w:val="2"/>
            <w:tcBorders>
              <w:bottom w:val="single" w:sz="4" w:space="0" w:color="auto"/>
            </w:tcBorders>
          </w:tcPr>
          <w:p w14:paraId="2DC217D3" w14:textId="77777777" w:rsidR="0099074E" w:rsidRPr="006136CD" w:rsidRDefault="0099074E" w:rsidP="00AD799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6136CD">
              <w:rPr>
                <w:rFonts w:ascii="Times New Roman" w:hAnsi="Times New Roman" w:cs="Times New Roman"/>
                <w:sz w:val="28"/>
                <w:szCs w:val="28"/>
              </w:rPr>
              <w:t>2026</w:t>
            </w:r>
          </w:p>
        </w:tc>
      </w:tr>
    </w:tbl>
    <w:p w14:paraId="4A308BE5" w14:textId="77777777" w:rsidR="0099074E" w:rsidRPr="006136CD" w:rsidRDefault="0099074E" w:rsidP="002066FF">
      <w:pPr>
        <w:spacing w:after="0" w:line="240" w:lineRule="auto"/>
        <w:jc w:val="center"/>
        <w:rPr>
          <w:rFonts w:ascii="Times New Roman" w:hAnsi="Times New Roman" w:cs="Times New Roman"/>
        </w:rPr>
      </w:pPr>
    </w:p>
    <w:p w14:paraId="2D75E508" w14:textId="77777777" w:rsidR="0099074E" w:rsidRPr="006136CD" w:rsidRDefault="0099074E" w:rsidP="0099074E">
      <w:pPr>
        <w:spacing w:after="0" w:line="240" w:lineRule="auto"/>
        <w:jc w:val="center"/>
        <w:rPr>
          <w:rFonts w:ascii="Times New Roman" w:hAnsi="Times New Roman" w:cs="Times New Roman"/>
          <w:b/>
          <w:color w:val="92D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</w:p>
    <w:p w14:paraId="4F49860B" w14:textId="77777777" w:rsidR="00A339E2" w:rsidRPr="00460DE1" w:rsidRDefault="00A339E2" w:rsidP="00A339E2">
      <w:pPr>
        <w:pStyle w:val="4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REGULAMENT</w:t>
      </w:r>
    </w:p>
    <w:p w14:paraId="52A84224" w14:textId="77777777" w:rsidR="00A339E2" w:rsidRPr="00460DE1" w:rsidRDefault="00A339E2" w:rsidP="00A339E2">
      <w:pPr>
        <w:pStyle w:val="4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al </w:t>
      </w:r>
      <w:proofErr w:type="spellStart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Turneului</w:t>
      </w:r>
      <w:proofErr w:type="spellEnd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</w:t>
      </w:r>
      <w:proofErr w:type="spellStart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Internațional</w:t>
      </w:r>
      <w:proofErr w:type="spellEnd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de Judo Individual </w:t>
      </w:r>
      <w:proofErr w:type="spellStart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și</w:t>
      </w:r>
      <w:proofErr w:type="spellEnd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 xml:space="preserve"> pe </w:t>
      </w:r>
      <w:proofErr w:type="spellStart"/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Echipe</w:t>
      </w:r>
      <w:proofErr w:type="spellEnd"/>
    </w:p>
    <w:p w14:paraId="49CD2716" w14:textId="12CB1918" w:rsidR="006136CD" w:rsidRPr="009D275A" w:rsidRDefault="00A339E2" w:rsidP="009D275A">
      <w:pPr>
        <w:pStyle w:val="4"/>
        <w:spacing w:before="0" w:line="240" w:lineRule="auto"/>
        <w:jc w:val="center"/>
        <w:rPr>
          <w:rFonts w:ascii="Times New Roman" w:eastAsiaTheme="minorEastAsia" w:hAnsi="Times New Roman" w:cs="Times New Roman"/>
          <w:bCs w:val="0"/>
          <w:i w:val="0"/>
          <w:iCs w:val="0"/>
          <w:color w:val="92D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460DE1">
        <w:rPr>
          <w:rFonts w:ascii="Times New Roman" w:eastAsiaTheme="minorEastAsia" w:hAnsi="Times New Roman" w:cs="Times New Roman"/>
          <w:bCs w:val="0"/>
          <w:i w:val="0"/>
          <w:iCs w:val="0"/>
          <w:color w:val="00B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„TIRASPOL MASTERS CUP”</w:t>
      </w:r>
      <w:r w:rsidRPr="006136CD">
        <w:rPr>
          <w:rFonts w:ascii="Times New Roman" w:eastAsiaTheme="minorEastAsia" w:hAnsi="Times New Roman" w:cs="Times New Roman"/>
          <w:bCs w:val="0"/>
          <w:i w:val="0"/>
          <w:iCs w:val="0"/>
          <w:color w:val="92D050"/>
          <w:sz w:val="36"/>
          <w:szCs w:val="3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br/>
      </w:r>
    </w:p>
    <w:tbl>
      <w:tblPr>
        <w:tblStyle w:val="aff0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7"/>
        <w:gridCol w:w="2491"/>
        <w:gridCol w:w="977"/>
        <w:gridCol w:w="6232"/>
      </w:tblGrid>
      <w:tr w:rsidR="009D275A" w:rsidRPr="00BD553F" w14:paraId="1383F824" w14:textId="77777777" w:rsidTr="004B6760">
        <w:trPr>
          <w:trHeight w:val="2418"/>
        </w:trPr>
        <w:tc>
          <w:tcPr>
            <w:tcW w:w="10397" w:type="dxa"/>
            <w:gridSpan w:val="4"/>
            <w:vAlign w:val="center"/>
          </w:tcPr>
          <w:p w14:paraId="0AC6B6B5" w14:textId="77777777" w:rsidR="009D275A" w:rsidRPr="00FC2B2D" w:rsidRDefault="009D275A" w:rsidP="00AD799F">
            <w:pPr>
              <w:pStyle w:val="a9"/>
              <w:rPr>
                <w:sz w:val="4"/>
                <w:szCs w:val="4"/>
              </w:rPr>
            </w:pPr>
            <w:proofErr w:type="spellStart"/>
            <w:r w:rsidRPr="00BD553F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>Scopul</w:t>
            </w:r>
            <w:proofErr w:type="spellEnd"/>
            <w:r w:rsidRPr="00BD553F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553F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BD553F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D553F"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>obiectivele</w:t>
            </w:r>
            <w:proofErr w:type="spellEnd"/>
            <w:r>
              <w:rPr>
                <w:rStyle w:val="af6"/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Style w:val="af6"/>
                <w:rFonts w:ascii="Times New Roman" w:hAnsi="Times New Roman" w:cs="Times New Roman"/>
                <w:sz w:val="24"/>
                <w:szCs w:val="24"/>
              </w:rPr>
              <w:br/>
            </w:r>
          </w:p>
          <w:p w14:paraId="045BE47F" w14:textId="77777777" w:rsidR="009D275A" w:rsidRPr="00BD553F" w:rsidRDefault="009D275A" w:rsidP="009D275A">
            <w:pPr>
              <w:pStyle w:val="a9"/>
              <w:numPr>
                <w:ilvl w:val="0"/>
                <w:numId w:val="15"/>
              </w:numPr>
              <w:ind w:left="567"/>
            </w:pPr>
            <w:proofErr w:type="spellStart"/>
            <w:r w:rsidRPr="00BD553F">
              <w:t>Promovarea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culturii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fizice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și</w:t>
            </w:r>
            <w:proofErr w:type="spellEnd"/>
            <w:r w:rsidRPr="00BD553F">
              <w:t xml:space="preserve"> a </w:t>
            </w:r>
            <w:proofErr w:type="spellStart"/>
            <w:r w:rsidRPr="00BD553F">
              <w:t>sportului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prin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încurajarea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practicării</w:t>
            </w:r>
            <w:proofErr w:type="spellEnd"/>
            <w:r w:rsidRPr="00BD553F">
              <w:t xml:space="preserve"> regulate </w:t>
            </w:r>
            <w:proofErr w:type="gramStart"/>
            <w:r w:rsidRPr="00BD553F">
              <w:t>a</w:t>
            </w:r>
            <w:proofErr w:type="gramEnd"/>
            <w:r w:rsidRPr="00BD553F">
              <w:t xml:space="preserve"> </w:t>
            </w:r>
            <w:proofErr w:type="spellStart"/>
            <w:r w:rsidRPr="00BD553F">
              <w:t>exercițiilor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fizice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și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promovarea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unui</w:t>
            </w:r>
            <w:proofErr w:type="spellEnd"/>
            <w:r w:rsidRPr="00BD553F">
              <w:t xml:space="preserve"> mod de </w:t>
            </w:r>
            <w:proofErr w:type="spellStart"/>
            <w:r w:rsidRPr="00BD553F">
              <w:t>viață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sănătos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în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rândul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tinerilor</w:t>
            </w:r>
            <w:proofErr w:type="spellEnd"/>
            <w:r w:rsidRPr="00BD553F">
              <w:t xml:space="preserve">, precum </w:t>
            </w:r>
            <w:proofErr w:type="spellStart"/>
            <w:r w:rsidRPr="00BD553F">
              <w:t>și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atragerea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acestora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spre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practicarea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unei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ramuri</w:t>
            </w:r>
            <w:proofErr w:type="spellEnd"/>
            <w:r w:rsidRPr="00BD553F">
              <w:t xml:space="preserve"> sportive. </w:t>
            </w:r>
          </w:p>
          <w:p w14:paraId="54598C17" w14:textId="3530B33A" w:rsidR="009D275A" w:rsidRPr="00BD553F" w:rsidRDefault="009D275A" w:rsidP="009D275A">
            <w:pPr>
              <w:pStyle w:val="a9"/>
              <w:numPr>
                <w:ilvl w:val="0"/>
                <w:numId w:val="15"/>
              </w:numPr>
              <w:ind w:left="567"/>
            </w:pPr>
            <w:proofErr w:type="spellStart"/>
            <w:r w:rsidRPr="00BD553F">
              <w:t>Dezvoltarea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și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promovarea</w:t>
            </w:r>
            <w:proofErr w:type="spellEnd"/>
            <w:r w:rsidRPr="00BD553F">
              <w:t xml:space="preserve"> judo-</w:t>
            </w:r>
            <w:proofErr w:type="spellStart"/>
            <w:r w:rsidRPr="00BD553F">
              <w:t>ului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prin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selectarea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sportivilor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valoroși</w:t>
            </w:r>
            <w:proofErr w:type="spellEnd"/>
            <w:r w:rsidRPr="00BD553F">
              <w:t xml:space="preserve">, </w:t>
            </w:r>
            <w:proofErr w:type="spellStart"/>
            <w:r w:rsidRPr="00BD553F">
              <w:t>perfecționarea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nivelului</w:t>
            </w:r>
            <w:proofErr w:type="spellEnd"/>
            <w:r w:rsidRPr="00BD553F">
              <w:t xml:space="preserve"> de </w:t>
            </w:r>
            <w:proofErr w:type="spellStart"/>
            <w:r w:rsidRPr="00BD553F">
              <w:t>pregătire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sportivă</w:t>
            </w:r>
            <w:proofErr w:type="spellEnd"/>
            <w:r w:rsidRPr="00BD553F">
              <w:t xml:space="preserve">, </w:t>
            </w:r>
            <w:proofErr w:type="spellStart"/>
            <w:r w:rsidRPr="00BD553F">
              <w:t>acumularea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experienței</w:t>
            </w:r>
            <w:proofErr w:type="spellEnd"/>
            <w:r w:rsidRPr="00BD553F">
              <w:t xml:space="preserve"> </w:t>
            </w:r>
            <w:proofErr w:type="spellStart"/>
            <w:proofErr w:type="gramStart"/>
            <w:r w:rsidRPr="00BD553F">
              <w:t>competiționale</w:t>
            </w:r>
            <w:proofErr w:type="spellEnd"/>
            <w:r w:rsidRPr="00BD553F">
              <w:t xml:space="preserve"> </w:t>
            </w:r>
            <w:r w:rsidR="004775F7">
              <w:t>.</w:t>
            </w:r>
            <w:proofErr w:type="gramEnd"/>
          </w:p>
          <w:p w14:paraId="2762C749" w14:textId="4B3E87F9" w:rsidR="009D275A" w:rsidRPr="00BD553F" w:rsidRDefault="009D275A" w:rsidP="009D275A">
            <w:pPr>
              <w:pStyle w:val="a9"/>
              <w:numPr>
                <w:ilvl w:val="0"/>
                <w:numId w:val="15"/>
              </w:numPr>
              <w:ind w:left="567"/>
            </w:pPr>
            <w:proofErr w:type="spellStart"/>
            <w:r w:rsidRPr="00BD553F">
              <w:t>Dezvoltarea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relațiilor</w:t>
            </w:r>
            <w:proofErr w:type="spellEnd"/>
            <w:r w:rsidRPr="00BD553F">
              <w:t xml:space="preserve"> de </w:t>
            </w:r>
            <w:proofErr w:type="spellStart"/>
            <w:r w:rsidRPr="00BD553F">
              <w:t>colaborare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în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domeniul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sportului</w:t>
            </w:r>
            <w:proofErr w:type="spellEnd"/>
            <w:r w:rsidRPr="00BD553F">
              <w:t xml:space="preserve">, </w:t>
            </w:r>
            <w:proofErr w:type="spellStart"/>
            <w:r w:rsidRPr="00BD553F">
              <w:t>educației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și</w:t>
            </w:r>
            <w:proofErr w:type="spellEnd"/>
            <w:r w:rsidRPr="00BD553F">
              <w:t xml:space="preserve"> </w:t>
            </w:r>
            <w:proofErr w:type="spellStart"/>
            <w:r w:rsidRPr="00BD553F">
              <w:t>culturii</w:t>
            </w:r>
            <w:proofErr w:type="spellEnd"/>
            <w:r w:rsidRPr="00BD553F">
              <w:t>.</w:t>
            </w:r>
            <w:r>
              <w:br/>
            </w:r>
            <w:r>
              <w:br/>
            </w:r>
            <w:r w:rsidRPr="00BD553F">
              <w:t xml:space="preserve"> </w:t>
            </w:r>
          </w:p>
        </w:tc>
      </w:tr>
      <w:tr w:rsidR="004B6760" w:rsidRPr="00BD553F" w14:paraId="605A536C" w14:textId="77777777" w:rsidTr="004B6760">
        <w:trPr>
          <w:trHeight w:val="1533"/>
        </w:trPr>
        <w:tc>
          <w:tcPr>
            <w:tcW w:w="10397" w:type="dxa"/>
            <w:gridSpan w:val="4"/>
            <w:vAlign w:val="center"/>
          </w:tcPr>
          <w:p w14:paraId="5AE0EDC2" w14:textId="15997C86" w:rsidR="004B6760" w:rsidRPr="004B6760" w:rsidRDefault="004B6760" w:rsidP="004B6760">
            <w:pPr>
              <w:jc w:val="center"/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ro-RO" w:eastAsia="ru-RU"/>
              </w:rPr>
            </w:pPr>
            <w:r w:rsidRPr="004B6760">
              <w:rPr>
                <w:rFonts w:ascii="Times New Roman" w:eastAsia="Times New Roman" w:hAnsi="Times New Roman" w:cs="Times New Roman"/>
                <w:b/>
                <w:iCs/>
                <w:sz w:val="26"/>
                <w:szCs w:val="26"/>
                <w:lang w:val="ro-RO" w:eastAsia="ru-RU"/>
              </w:rPr>
              <w:t>TERMENII ȘI LOCUL DESFĂȘURĂRII  COMPETIȚIEI</w:t>
            </w:r>
          </w:p>
          <w:p w14:paraId="020E217E" w14:textId="3A6860BC" w:rsidR="004B6760" w:rsidRPr="00FB5F5D" w:rsidRDefault="004B6760" w:rsidP="004B6760">
            <w:pPr>
              <w:ind w:left="-426"/>
              <w:jc w:val="both"/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 w:eastAsia="ru-RU"/>
              </w:rPr>
            </w:pP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 w:eastAsia="ru-RU"/>
              </w:rPr>
              <w:t xml:space="preserve">       Competiția se va desfășura în perioada 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 xml:space="preserve">25-26 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 w:eastAsia="ru-RU"/>
              </w:rPr>
              <w:t>0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9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 w:eastAsia="ru-RU"/>
              </w:rPr>
              <w:t>.202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6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 w:eastAsia="ru-RU"/>
              </w:rPr>
              <w:t xml:space="preserve">  în or.Tiraspol str.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Mira</w:t>
            </w:r>
            <w:r w:rsidRPr="004B6760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o-RO" w:eastAsia="ru-RU"/>
              </w:rPr>
              <w:t xml:space="preserve">, 21a sala deantrenament. Responsabil- Osadci E. </w:t>
            </w:r>
            <w:hyperlink r:id="rId6" w:history="1">
              <w:r w:rsidRPr="004B6760">
                <w:rPr>
                  <w:rFonts w:ascii="Times New Roman" w:eastAsia="Times New Roman" w:hAnsi="Times New Roman" w:cs="Times New Roman"/>
                  <w:iCs/>
                  <w:color w:val="0000FF"/>
                  <w:sz w:val="28"/>
                  <w:szCs w:val="28"/>
                  <w:u w:val="single"/>
                  <w:lang w:val="ro-RO" w:eastAsia="ru-RU"/>
                </w:rPr>
                <w:t>tel:+373(777)15380</w:t>
              </w:r>
            </w:hyperlink>
            <w:r w:rsidRPr="00FB5F5D">
              <w:rPr>
                <w:rFonts w:ascii="Times New Roman" w:eastAsia="Times New Roman" w:hAnsi="Times New Roman" w:cs="Times New Roman"/>
                <w:iCs/>
                <w:color w:val="0070C0"/>
                <w:sz w:val="28"/>
                <w:szCs w:val="28"/>
                <w:lang w:val="ro-RO" w:eastAsia="ru-RU"/>
              </w:rPr>
              <w:t>.</w:t>
            </w:r>
            <w:r w:rsidR="00FB5F5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 w:eastAsia="ru-RU"/>
              </w:rPr>
              <w:t xml:space="preserve"> </w:t>
            </w:r>
            <w:r w:rsidR="00FB5F5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eastAsia="ru-RU"/>
              </w:rPr>
              <w:t>Baboi S</w:t>
            </w:r>
            <w:r w:rsidR="00FB5F5D">
              <w:rPr>
                <w:rFonts w:ascii="Times New Roman" w:eastAsia="Times New Roman" w:hAnsi="Times New Roman" w:cs="Times New Roman"/>
                <w:iCs/>
                <w:sz w:val="28"/>
                <w:szCs w:val="28"/>
                <w:lang w:val="ru-RU" w:eastAsia="ru-RU"/>
              </w:rPr>
              <w:t>.</w:t>
            </w:r>
            <w:r w:rsidR="00FB5F5D">
              <w:t xml:space="preserve"> </w:t>
            </w:r>
            <w:hyperlink r:id="rId7" w:history="1">
              <w:r w:rsidR="00FB5F5D" w:rsidRPr="0058453B">
                <w:rPr>
                  <w:rStyle w:val="aff9"/>
                  <w:rFonts w:ascii="Times New Roman" w:eastAsia="Times New Roman" w:hAnsi="Times New Roman" w:cs="Times New Roman"/>
                  <w:iCs/>
                  <w:sz w:val="28"/>
                  <w:szCs w:val="28"/>
                  <w:lang w:val="ro-RO" w:eastAsia="ru-RU"/>
                </w:rPr>
                <w:t>tel:+373(777)</w:t>
              </w:r>
              <w:r w:rsidR="00FB5F5D" w:rsidRPr="0058453B">
                <w:rPr>
                  <w:rStyle w:val="aff9"/>
                  <w:rFonts w:ascii="Times New Roman" w:eastAsia="Times New Roman" w:hAnsi="Times New Roman" w:cs="Times New Roman"/>
                  <w:iCs/>
                  <w:sz w:val="28"/>
                  <w:szCs w:val="28"/>
                  <w:lang w:val="ru-RU" w:eastAsia="ru-RU"/>
                </w:rPr>
                <w:t>6</w:t>
              </w:r>
              <w:r w:rsidR="00FB5F5D" w:rsidRPr="0058453B">
                <w:rPr>
                  <w:rStyle w:val="aff9"/>
                  <w:rFonts w:ascii="Times New Roman" w:eastAsia="Times New Roman" w:hAnsi="Times New Roman" w:cs="Times New Roman"/>
                  <w:iCs/>
                  <w:sz w:val="28"/>
                  <w:szCs w:val="28"/>
                  <w:lang w:val="ro-RO" w:eastAsia="ru-RU"/>
                </w:rPr>
                <w:t>0</w:t>
              </w:r>
            </w:hyperlink>
            <w:r w:rsidR="00FB5F5D">
              <w:rPr>
                <w:rFonts w:ascii="Times New Roman" w:eastAsia="Times New Roman" w:hAnsi="Times New Roman" w:cs="Times New Roman"/>
                <w:iCs/>
                <w:color w:val="0000FF"/>
                <w:sz w:val="28"/>
                <w:szCs w:val="28"/>
                <w:u w:val="single"/>
                <w:lang w:val="ru-RU" w:eastAsia="ru-RU"/>
              </w:rPr>
              <w:t>413</w:t>
            </w:r>
          </w:p>
          <w:p w14:paraId="7E857159" w14:textId="77777777" w:rsidR="004B6760" w:rsidRPr="00BD553F" w:rsidRDefault="004B6760" w:rsidP="00AD799F">
            <w:pPr>
              <w:pStyle w:val="a9"/>
              <w:rPr>
                <w:rStyle w:val="af6"/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275A" w:rsidRPr="009D275A" w14:paraId="28C4EAA2" w14:textId="77777777" w:rsidTr="004B67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97" w:type="dxa"/>
          <w:trHeight w:val="624"/>
        </w:trPr>
        <w:tc>
          <w:tcPr>
            <w:tcW w:w="2491" w:type="dxa"/>
            <w:vMerge w:val="restart"/>
            <w:shd w:val="clear" w:color="auto" w:fill="8DB3E2" w:themeFill="text2" w:themeFillTint="66"/>
            <w:vAlign w:val="center"/>
          </w:tcPr>
          <w:p w14:paraId="4E0FC85C" w14:textId="77777777" w:rsidR="009D275A" w:rsidRPr="00353CCE" w:rsidRDefault="009D275A" w:rsidP="009D275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 w:eastAsia="ru-RU"/>
              </w:rPr>
            </w:pP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Categorii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vârstă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și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greutate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(pe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echipe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)</w:t>
            </w:r>
          </w:p>
        </w:tc>
        <w:tc>
          <w:tcPr>
            <w:tcW w:w="7209" w:type="dxa"/>
            <w:gridSpan w:val="2"/>
            <w:shd w:val="clear" w:color="auto" w:fill="8DB3E2" w:themeFill="text2" w:themeFillTint="66"/>
            <w:vAlign w:val="center"/>
          </w:tcPr>
          <w:p w14:paraId="4E86439E" w14:textId="77777777" w:rsidR="009D275A" w:rsidRDefault="009D275A" w:rsidP="009D27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Băieți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(2010–2014)</w:t>
            </w:r>
          </w:p>
          <w:p w14:paraId="0FDCE835" w14:textId="074EF159" w:rsidR="009D275A" w:rsidRPr="009D275A" w:rsidRDefault="009D275A" w:rsidP="009D275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         </w:t>
            </w:r>
            <w:r w:rsidRPr="009D275A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50 kg, 55 kg, 60 kg, 66 kg.</w:t>
            </w:r>
          </w:p>
        </w:tc>
      </w:tr>
      <w:tr w:rsidR="009D275A" w:rsidRPr="009D275A" w14:paraId="67A14208" w14:textId="77777777" w:rsidTr="004B67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97" w:type="dxa"/>
          <w:trHeight w:val="624"/>
        </w:trPr>
        <w:tc>
          <w:tcPr>
            <w:tcW w:w="2491" w:type="dxa"/>
            <w:vMerge/>
            <w:shd w:val="clear" w:color="auto" w:fill="8DB3E2" w:themeFill="text2" w:themeFillTint="66"/>
            <w:vAlign w:val="center"/>
          </w:tcPr>
          <w:p w14:paraId="256A173A" w14:textId="77777777" w:rsidR="009D275A" w:rsidRPr="009D275A" w:rsidRDefault="009D275A" w:rsidP="009D275A">
            <w:pPr>
              <w:rPr>
                <w:rFonts w:ascii="Times New Roman" w:eastAsia="Times New Roman" w:hAnsi="Times New Roman" w:cs="Times New Roman"/>
                <w:color w:val="C00000"/>
                <w:sz w:val="24"/>
                <w:szCs w:val="24"/>
                <w:lang w:val="en-GB" w:eastAsia="ru-RU"/>
              </w:rPr>
            </w:pPr>
          </w:p>
        </w:tc>
        <w:tc>
          <w:tcPr>
            <w:tcW w:w="7209" w:type="dxa"/>
            <w:gridSpan w:val="2"/>
            <w:shd w:val="clear" w:color="auto" w:fill="8DB3E2" w:themeFill="text2" w:themeFillTint="66"/>
            <w:vAlign w:val="center"/>
          </w:tcPr>
          <w:p w14:paraId="7209E5C2" w14:textId="041A0E4C" w:rsidR="009D275A" w:rsidRDefault="009D275A" w:rsidP="009D275A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Fete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r w:rsidR="00FB5F5D"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(2010–2014)</w:t>
            </w:r>
          </w:p>
          <w:p w14:paraId="00C02D94" w14:textId="4F5FC029" w:rsidR="009D275A" w:rsidRPr="009D275A" w:rsidRDefault="009D275A" w:rsidP="009D275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         </w:t>
            </w:r>
            <w:r w:rsidR="00DB4037" w:rsidRPr="00DB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="00DB4037" w:rsidRPr="009D275A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</w:t>
            </w:r>
            <w:r w:rsidR="00DB4037" w:rsidRPr="00DB403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D275A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52 kg, 57 kg, 63 kg.</w:t>
            </w:r>
          </w:p>
        </w:tc>
      </w:tr>
      <w:tr w:rsidR="00353CCE" w:rsidRPr="009D275A" w14:paraId="0DFC5639" w14:textId="77777777" w:rsidTr="004B67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97" w:type="dxa"/>
          <w:trHeight w:val="879"/>
        </w:trPr>
        <w:tc>
          <w:tcPr>
            <w:tcW w:w="9700" w:type="dxa"/>
            <w:gridSpan w:val="3"/>
            <w:shd w:val="clear" w:color="auto" w:fill="8DB3E2" w:themeFill="text2" w:themeFillTint="66"/>
            <w:vAlign w:val="center"/>
          </w:tcPr>
          <w:p w14:paraId="017559A2" w14:textId="5898A740" w:rsidR="00353CCE" w:rsidRPr="00353CCE" w:rsidRDefault="00353CCE" w:rsidP="00353CC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</w:pPr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Nu se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admite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completarea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echipelor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cu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sportivi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proveniți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alte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cluburi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sau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școli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sportive.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Echipa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trebuie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să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fie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formată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exclusiv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din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sportivi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legitimați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la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aceeași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organizație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sportivă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C00000"/>
                <w:sz w:val="24"/>
                <w:szCs w:val="24"/>
                <w:lang w:val="en-GB" w:eastAsia="ru-RU"/>
              </w:rPr>
              <w:t>.</w:t>
            </w:r>
          </w:p>
        </w:tc>
      </w:tr>
      <w:tr w:rsidR="009D275A" w:rsidRPr="006136CD" w14:paraId="699094F6" w14:textId="77777777" w:rsidTr="004B676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97" w:type="dxa"/>
          <w:trHeight w:val="624"/>
        </w:trPr>
        <w:tc>
          <w:tcPr>
            <w:tcW w:w="2491" w:type="dxa"/>
            <w:vMerge w:val="restart"/>
            <w:shd w:val="clear" w:color="auto" w:fill="8DB3E2" w:themeFill="text2" w:themeFillTint="66"/>
            <w:vAlign w:val="center"/>
          </w:tcPr>
          <w:p w14:paraId="306F20BF" w14:textId="77777777" w:rsidR="009D275A" w:rsidRPr="00353CCE" w:rsidRDefault="009D275A" w:rsidP="009D275A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val="en-GB" w:eastAsia="ru-RU"/>
              </w:rPr>
            </w:pPr>
            <w:bookmarkStart w:id="0" w:name="_Hlk236572355"/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Categorii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vârstă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și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greutate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(individual)</w:t>
            </w:r>
          </w:p>
        </w:tc>
        <w:tc>
          <w:tcPr>
            <w:tcW w:w="7209" w:type="dxa"/>
            <w:gridSpan w:val="2"/>
            <w:shd w:val="clear" w:color="auto" w:fill="8DB3E2" w:themeFill="text2" w:themeFillTint="66"/>
            <w:vAlign w:val="center"/>
          </w:tcPr>
          <w:p w14:paraId="32481DA6" w14:textId="57D86105" w:rsidR="009D275A" w:rsidRDefault="009D275A" w:rsidP="009D275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proofErr w:type="spellStart"/>
            <w:r w:rsidRPr="00613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Băieți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:</w:t>
            </w:r>
            <w:r w:rsidRPr="00613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(201</w:t>
            </w:r>
            <w:r w:rsidR="00964A53" w:rsidRPr="00964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201</w:t>
            </w:r>
            <w:r w:rsidR="00964A53" w:rsidRPr="00964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201</w:t>
            </w:r>
            <w:r w:rsidR="00964A53" w:rsidRPr="00964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</w:p>
          <w:p w14:paraId="13A6301D" w14:textId="2B9D6502" w:rsidR="009D275A" w:rsidRPr="00E353B5" w:rsidRDefault="009D275A" w:rsidP="009D275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    </w:t>
            </w:r>
            <w:r w:rsidR="00964A53" w:rsidRPr="00964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="00964A53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964A53" w:rsidRPr="00964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  <w:r w:rsidR="00964A53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964A53" w:rsidRPr="00964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  <w:r w:rsidR="00964A53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3</w:t>
            </w:r>
            <w:r w:rsidR="00964A53" w:rsidRPr="00964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964A53" w:rsidRPr="00964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  <w:r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="00E353B5" w:rsidRPr="00964A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+50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9D275A" w:rsidRPr="006136CD" w14:paraId="5A46E805" w14:textId="77777777" w:rsidTr="00D976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97" w:type="dxa"/>
          <w:trHeight w:val="464"/>
        </w:trPr>
        <w:tc>
          <w:tcPr>
            <w:tcW w:w="2491" w:type="dxa"/>
            <w:vMerge/>
            <w:shd w:val="clear" w:color="auto" w:fill="8DB3E2" w:themeFill="text2" w:themeFillTint="66"/>
            <w:vAlign w:val="center"/>
          </w:tcPr>
          <w:p w14:paraId="6AAF85B2" w14:textId="77777777" w:rsidR="009D275A" w:rsidRPr="006136CD" w:rsidRDefault="009D275A" w:rsidP="00AD799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</w:p>
        </w:tc>
        <w:tc>
          <w:tcPr>
            <w:tcW w:w="7209" w:type="dxa"/>
            <w:gridSpan w:val="2"/>
            <w:shd w:val="clear" w:color="auto" w:fill="8DB3E2" w:themeFill="text2" w:themeFillTint="66"/>
            <w:vAlign w:val="center"/>
          </w:tcPr>
          <w:p w14:paraId="6AA8DFD1" w14:textId="3064FDA1" w:rsidR="009D275A" w:rsidRDefault="009D275A" w:rsidP="00AD799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 w:rsidRPr="006136C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Fete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: </w:t>
            </w:r>
            <w:r w:rsidR="00155A17" w:rsidRPr="00155A1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(201</w:t>
            </w:r>
            <w:r w:rsidR="00964A53" w:rsidRPr="00964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201</w:t>
            </w:r>
            <w:r w:rsidR="00964A53" w:rsidRPr="00964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7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, 201</w:t>
            </w:r>
            <w:r w:rsidR="00964A53" w:rsidRPr="00964A5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8</w:t>
            </w:r>
            <w:r w:rsidRPr="009D275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</w:p>
          <w:p w14:paraId="6B9F532D" w14:textId="585482A6" w:rsidR="009D275A" w:rsidRPr="006136CD" w:rsidRDefault="009D275A" w:rsidP="00AD799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  </w:t>
            </w:r>
            <w:r w:rsidR="007A49B6" w:rsidRPr="00155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  <w:r w:rsidR="00066EE2" w:rsidRPr="00066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="00E353B5" w:rsidRPr="00155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7A49B6" w:rsidRPr="00155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  <w:r w:rsidR="007A49B6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26 </w:t>
            </w:r>
            <w:r w:rsidR="007A49B6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kg,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7A49B6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kg,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964A53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32 kg</w:t>
            </w:r>
            <w:r w:rsidR="00E353B5" w:rsidRPr="00066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964A53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E353B5" w:rsidRPr="00066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  <w:r w:rsidR="00E353B5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6 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kg,</w:t>
            </w:r>
            <w:r w:rsidR="00E353B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E353B5" w:rsidRPr="00066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E353B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E353B5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kg,</w:t>
            </w:r>
            <w:r w:rsidR="00066EE2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066EE2" w:rsidRPr="00066EE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+4</w:t>
            </w:r>
            <w:r w:rsidR="006B75A8" w:rsidRPr="006B75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066EE2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</w:t>
            </w:r>
            <w:r w:rsidR="00066EE2" w:rsidRPr="00155A1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</w:tr>
      <w:tr w:rsidR="00D976E5" w:rsidRPr="006136CD" w14:paraId="5063ED2E" w14:textId="77777777" w:rsidTr="00D976E5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wBefore w:w="697" w:type="dxa"/>
          <w:trHeight w:val="464"/>
        </w:trPr>
        <w:tc>
          <w:tcPr>
            <w:tcW w:w="2491" w:type="dxa"/>
            <w:shd w:val="clear" w:color="auto" w:fill="8DB3E2" w:themeFill="text2" w:themeFillTint="66"/>
            <w:vAlign w:val="center"/>
          </w:tcPr>
          <w:p w14:paraId="11BF2125" w14:textId="35CF961C" w:rsidR="00D976E5" w:rsidRPr="006136CD" w:rsidRDefault="00D976E5" w:rsidP="00AD799F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</w:pP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Categorii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vârstă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și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proofErr w:type="spellStart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greutate</w:t>
            </w:r>
            <w:proofErr w:type="spellEnd"/>
            <w:r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(individual)</w:t>
            </w:r>
          </w:p>
        </w:tc>
        <w:tc>
          <w:tcPr>
            <w:tcW w:w="7209" w:type="dxa"/>
            <w:gridSpan w:val="2"/>
            <w:shd w:val="clear" w:color="auto" w:fill="8DB3E2" w:themeFill="text2" w:themeFillTint="66"/>
            <w:vAlign w:val="center"/>
          </w:tcPr>
          <w:p w14:paraId="1DBA8BC9" w14:textId="329F2C90" w:rsidR="00D976E5" w:rsidRPr="00D976E5" w:rsidRDefault="00D976E5" w:rsidP="00D976E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</w:pPr>
            <w:proofErr w:type="spellStart"/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Băieți</w:t>
            </w:r>
            <w:proofErr w:type="spellEnd"/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: (201</w:t>
            </w:r>
            <w:r w:rsidRPr="007A4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</w:t>
            </w:r>
            <w:r w:rsidR="007A49B6" w:rsidRPr="007A4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</w:t>
            </w: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201</w:t>
            </w:r>
            <w:r w:rsidR="007A49B6" w:rsidRPr="007A4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>)</w:t>
            </w:r>
          </w:p>
          <w:p w14:paraId="496B2930" w14:textId="76C8D5ED" w:rsidR="00D976E5" w:rsidRPr="007A49B6" w:rsidRDefault="00D976E5" w:rsidP="00D976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GB" w:eastAsia="ru-RU"/>
              </w:rPr>
              <w:t xml:space="preserve">           </w:t>
            </w:r>
            <w:r w:rsidRPr="00D976E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50 kg, 55 kg,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</w:t>
            </w:r>
            <w:r w:rsidR="007A49B6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</w:t>
            </w:r>
            <w:r w:rsidR="007A49B6" w:rsidRPr="006136CD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Pr="00D976E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>73 kg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+90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val="en-GB" w:eastAsia="ru-RU"/>
              </w:rPr>
              <w:t xml:space="preserve"> kg.</w:t>
            </w:r>
          </w:p>
          <w:p w14:paraId="75912A08" w14:textId="2D62E760" w:rsidR="00D976E5" w:rsidRPr="00D976E5" w:rsidRDefault="00D976E5" w:rsidP="00D976E5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Fete: </w:t>
            </w:r>
            <w:r w:rsidR="00155A17" w:rsidRPr="00E35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A49B6" w:rsidRPr="007A4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(201</w:t>
            </w:r>
            <w:r w:rsidR="007A49B6" w:rsidRPr="007A4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0-</w:t>
            </w: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201</w:t>
            </w:r>
            <w:r w:rsidR="007A49B6" w:rsidRPr="007A49B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</w:t>
            </w: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)</w:t>
            </w:r>
          </w:p>
          <w:p w14:paraId="6C674235" w14:textId="5F20FE0C" w:rsidR="00D976E5" w:rsidRPr="00D976E5" w:rsidRDefault="00D976E5" w:rsidP="00D976E5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</w:t>
            </w:r>
            <w:r w:rsidR="00E353B5" w:rsidRPr="00E353B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D976E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  <w:r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kg,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  <w:r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kg,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  <w:r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kg, </w:t>
            </w:r>
            <w:r w:rsidR="007A49B6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</w:t>
            </w:r>
            <w:r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E353B5" w:rsidRPr="007A49B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kg, </w:t>
            </w:r>
            <w:r w:rsidR="00E353B5" w:rsidRPr="00E353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+70</w:t>
            </w:r>
            <w:r w:rsidR="00E353B5" w:rsidRPr="00D976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kg.</w:t>
            </w:r>
          </w:p>
        </w:tc>
      </w:tr>
      <w:bookmarkEnd w:id="0"/>
      <w:tr w:rsidR="009D275A" w:rsidRPr="00BD553F" w14:paraId="6D791413" w14:textId="77777777" w:rsidTr="004B6760">
        <w:trPr>
          <w:trHeight w:val="340"/>
        </w:trPr>
        <w:tc>
          <w:tcPr>
            <w:tcW w:w="4165" w:type="dxa"/>
            <w:gridSpan w:val="3"/>
            <w:vAlign w:val="center"/>
          </w:tcPr>
          <w:p w14:paraId="344C429B" w14:textId="77777777" w:rsidR="004775F7" w:rsidRDefault="004775F7" w:rsidP="00AD799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9F3D9AD" w14:textId="77777777" w:rsidR="004775F7" w:rsidRDefault="004775F7" w:rsidP="00AD799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56F6998A" w14:textId="6CA3FB7D" w:rsidR="009D275A" w:rsidRPr="006815B3" w:rsidRDefault="009D275A" w:rsidP="00AD799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</w:t>
            </w:r>
            <w:r w:rsidR="00731A5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â</w:t>
            </w:r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ntar</w:t>
            </w:r>
            <w:proofErr w:type="spellEnd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oficial</w:t>
            </w:r>
            <w:proofErr w:type="spellEnd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vAlign w:val="center"/>
          </w:tcPr>
          <w:p w14:paraId="6A39AD41" w14:textId="77777777" w:rsidR="004775F7" w:rsidRDefault="004775F7" w:rsidP="00AD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8D57F8" w14:textId="77777777" w:rsidR="004775F7" w:rsidRDefault="004775F7" w:rsidP="00AD799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6D1986" w14:textId="41B889DA" w:rsidR="009D275A" w:rsidRPr="00BD553F" w:rsidRDefault="009D275A" w:rsidP="00AD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53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BD5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septembrie</w:t>
            </w:r>
            <w:proofErr w:type="spellEnd"/>
            <w:r w:rsidRPr="00BD553F">
              <w:rPr>
                <w:rFonts w:ascii="Times New Roman" w:hAnsi="Times New Roman" w:cs="Times New Roman"/>
                <w:sz w:val="24"/>
                <w:szCs w:val="24"/>
              </w:rPr>
              <w:t xml:space="preserve"> 17.00-18.00.  </w:t>
            </w:r>
            <w:proofErr w:type="gramStart"/>
            <w:r w:rsidRPr="00BD553F">
              <w:rPr>
                <w:rFonts w:ascii="Times New Roman" w:hAnsi="Times New Roman" w:cs="Times New Roman"/>
                <w:sz w:val="24"/>
                <w:szCs w:val="24"/>
              </w:rPr>
              <w:t>/  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proofErr w:type="gramEnd"/>
            <w:r w:rsidRPr="00BD553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septembrie</w:t>
            </w:r>
            <w:proofErr w:type="spellEnd"/>
            <w:r w:rsidRPr="00BD553F">
              <w:rPr>
                <w:rFonts w:ascii="Times New Roman" w:hAnsi="Times New Roman" w:cs="Times New Roman"/>
                <w:sz w:val="24"/>
                <w:szCs w:val="24"/>
              </w:rPr>
              <w:t xml:space="preserve"> 8.00-8.30.</w:t>
            </w:r>
          </w:p>
        </w:tc>
      </w:tr>
      <w:tr w:rsidR="009D275A" w:rsidRPr="00BD553F" w14:paraId="7FCD51E0" w14:textId="77777777" w:rsidTr="004B6760">
        <w:trPr>
          <w:trHeight w:val="340"/>
        </w:trPr>
        <w:tc>
          <w:tcPr>
            <w:tcW w:w="4165" w:type="dxa"/>
            <w:gridSpan w:val="3"/>
            <w:vAlign w:val="center"/>
          </w:tcPr>
          <w:p w14:paraId="59041A68" w14:textId="77777777" w:rsidR="009D275A" w:rsidRPr="006815B3" w:rsidRDefault="009D275A" w:rsidP="00AD799F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Start </w:t>
            </w:r>
            <w:proofErr w:type="spellStart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competiție</w:t>
            </w:r>
            <w:proofErr w:type="spellEnd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vAlign w:val="center"/>
          </w:tcPr>
          <w:p w14:paraId="0D75EB37" w14:textId="77777777" w:rsidR="009D275A" w:rsidRPr="00BD553F" w:rsidRDefault="009D275A" w:rsidP="00AD799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D553F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</w:tr>
      <w:tr w:rsidR="009D275A" w:rsidRPr="00BD553F" w14:paraId="4727099C" w14:textId="77777777" w:rsidTr="004B6760">
        <w:trPr>
          <w:trHeight w:val="340"/>
        </w:trPr>
        <w:tc>
          <w:tcPr>
            <w:tcW w:w="4165" w:type="dxa"/>
            <w:gridSpan w:val="3"/>
          </w:tcPr>
          <w:p w14:paraId="02CB07B9" w14:textId="495F8756" w:rsidR="009D275A" w:rsidRPr="006815B3" w:rsidRDefault="009D275A" w:rsidP="00023F92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6232" w:type="dxa"/>
            <w:vAlign w:val="center"/>
          </w:tcPr>
          <w:p w14:paraId="41F3F5BC" w14:textId="737E2508" w:rsidR="009D275A" w:rsidRPr="004775F7" w:rsidRDefault="009D275A" w:rsidP="00023F9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F3AAC" w:rsidRPr="00BD553F" w14:paraId="2D947DE0" w14:textId="77777777" w:rsidTr="004B6760">
        <w:trPr>
          <w:trHeight w:val="340"/>
        </w:trPr>
        <w:tc>
          <w:tcPr>
            <w:tcW w:w="4165" w:type="dxa"/>
            <w:gridSpan w:val="3"/>
          </w:tcPr>
          <w:p w14:paraId="3EC34054" w14:textId="77777777" w:rsidR="000F3AAC" w:rsidRPr="000F3AAC" w:rsidRDefault="000F3AAC" w:rsidP="000F3AAC">
            <w:pPr>
              <w:pStyle w:val="isselectedend"/>
              <w:rPr>
                <w:lang w:val="en-GB"/>
              </w:rPr>
            </w:pPr>
            <w:proofErr w:type="spellStart"/>
            <w:r w:rsidRPr="000F3AAC">
              <w:rPr>
                <w:rStyle w:val="af6"/>
                <w:lang w:val="en-GB"/>
              </w:rPr>
              <w:lastRenderedPageBreak/>
              <w:t>Sistemul</w:t>
            </w:r>
            <w:proofErr w:type="spellEnd"/>
            <w:r w:rsidRPr="000F3AAC">
              <w:rPr>
                <w:rStyle w:val="af6"/>
                <w:lang w:val="en-GB"/>
              </w:rPr>
              <w:t xml:space="preserve"> de </w:t>
            </w:r>
            <w:proofErr w:type="spellStart"/>
            <w:r w:rsidRPr="000F3AAC">
              <w:rPr>
                <w:rStyle w:val="af6"/>
                <w:lang w:val="en-GB"/>
              </w:rPr>
              <w:t>desfășurare</w:t>
            </w:r>
            <w:proofErr w:type="spellEnd"/>
            <w:r w:rsidRPr="000F3AAC">
              <w:rPr>
                <w:rStyle w:val="af6"/>
                <w:lang w:val="en-GB"/>
              </w:rPr>
              <w:t xml:space="preserve"> a </w:t>
            </w:r>
            <w:proofErr w:type="spellStart"/>
            <w:r w:rsidRPr="000F3AAC">
              <w:rPr>
                <w:rStyle w:val="af6"/>
                <w:lang w:val="en-GB"/>
              </w:rPr>
              <w:t>luptelor</w:t>
            </w:r>
            <w:proofErr w:type="spellEnd"/>
          </w:p>
          <w:p w14:paraId="5F8176E9" w14:textId="77777777" w:rsidR="000F3AAC" w:rsidRPr="000F3AAC" w:rsidRDefault="000F3AAC" w:rsidP="000F3AAC">
            <w:pPr>
              <w:pStyle w:val="aff8"/>
              <w:rPr>
                <w:b/>
                <w:bCs/>
                <w:lang w:val="en-GB"/>
              </w:rPr>
            </w:pPr>
          </w:p>
        </w:tc>
        <w:tc>
          <w:tcPr>
            <w:tcW w:w="6232" w:type="dxa"/>
            <w:vAlign w:val="center"/>
          </w:tcPr>
          <w:p w14:paraId="04BBA423" w14:textId="541A93AB" w:rsidR="000F3AAC" w:rsidRPr="000F3AAC" w:rsidRDefault="000F3AAC" w:rsidP="000F3AAC">
            <w:pPr>
              <w:pStyle w:val="aff8"/>
              <w:rPr>
                <w:lang w:val="en-GB"/>
              </w:rPr>
            </w:pPr>
            <w:proofErr w:type="spellStart"/>
            <w:r w:rsidRPr="000F3AAC">
              <w:rPr>
                <w:lang w:val="en-GB"/>
              </w:rPr>
              <w:t>Toate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luptele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încep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în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sistemul</w:t>
            </w:r>
            <w:proofErr w:type="spellEnd"/>
            <w:r w:rsidRPr="000F3AAC">
              <w:rPr>
                <w:lang w:val="en-GB"/>
              </w:rPr>
              <w:t xml:space="preserve"> </w:t>
            </w:r>
            <w:r w:rsidRPr="000F3AAC">
              <w:rPr>
                <w:rStyle w:val="af6"/>
                <w:lang w:val="en-GB"/>
              </w:rPr>
              <w:t>„Golden Score”</w:t>
            </w:r>
            <w:r w:rsidRPr="000F3AAC">
              <w:rPr>
                <w:lang w:val="en-GB"/>
              </w:rPr>
              <w:t xml:space="preserve">, </w:t>
            </w:r>
            <w:proofErr w:type="spellStart"/>
            <w:r w:rsidRPr="000F3AAC">
              <w:rPr>
                <w:lang w:val="en-GB"/>
              </w:rPr>
              <w:t>fără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timp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regulamentar</w:t>
            </w:r>
            <w:proofErr w:type="spellEnd"/>
            <w:r w:rsidRPr="000F3AAC">
              <w:rPr>
                <w:lang w:val="en-GB"/>
              </w:rPr>
              <w:t xml:space="preserve">. </w:t>
            </w:r>
            <w:proofErr w:type="spellStart"/>
            <w:r w:rsidRPr="000F3AAC">
              <w:rPr>
                <w:lang w:val="en-GB"/>
              </w:rPr>
              <w:t>Lupta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continuă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până</w:t>
            </w:r>
            <w:proofErr w:type="spellEnd"/>
            <w:r w:rsidRPr="000F3AAC">
              <w:rPr>
                <w:lang w:val="en-GB"/>
              </w:rPr>
              <w:t xml:space="preserve"> la prima </w:t>
            </w:r>
            <w:proofErr w:type="spellStart"/>
            <w:r w:rsidRPr="000F3AAC">
              <w:rPr>
                <w:lang w:val="en-GB"/>
              </w:rPr>
              <w:t>acțiune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tehnică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punctabilă</w:t>
            </w:r>
            <w:proofErr w:type="spellEnd"/>
            <w:r w:rsidRPr="000F3AAC">
              <w:rPr>
                <w:lang w:val="en-GB"/>
              </w:rPr>
              <w:t xml:space="preserve"> (Yuko, Waza-ari </w:t>
            </w:r>
            <w:proofErr w:type="spellStart"/>
            <w:r w:rsidRPr="000F3AAC">
              <w:rPr>
                <w:lang w:val="en-GB"/>
              </w:rPr>
              <w:t>sau</w:t>
            </w:r>
            <w:proofErr w:type="spellEnd"/>
            <w:r w:rsidRPr="000F3AAC">
              <w:rPr>
                <w:lang w:val="en-GB"/>
              </w:rPr>
              <w:t xml:space="preserve"> Ippon) </w:t>
            </w:r>
            <w:proofErr w:type="spellStart"/>
            <w:r w:rsidRPr="000F3AAC">
              <w:rPr>
                <w:lang w:val="en-GB"/>
              </w:rPr>
              <w:t>ori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până</w:t>
            </w:r>
            <w:proofErr w:type="spellEnd"/>
            <w:r w:rsidRPr="000F3AAC">
              <w:rPr>
                <w:lang w:val="en-GB"/>
              </w:rPr>
              <w:t xml:space="preserve"> la </w:t>
            </w:r>
            <w:proofErr w:type="spellStart"/>
            <w:r w:rsidRPr="000F3AAC">
              <w:rPr>
                <w:lang w:val="en-GB"/>
              </w:rPr>
              <w:t>aplicarea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unei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sancțiuni</w:t>
            </w:r>
            <w:proofErr w:type="spellEnd"/>
            <w:r w:rsidRPr="000F3AAC">
              <w:rPr>
                <w:lang w:val="en-GB"/>
              </w:rPr>
              <w:t xml:space="preserve"> decisive </w:t>
            </w:r>
            <w:proofErr w:type="spellStart"/>
            <w:r w:rsidRPr="000F3AAC">
              <w:rPr>
                <w:lang w:val="en-GB"/>
              </w:rPr>
              <w:t>unuia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dintre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sportivi</w:t>
            </w:r>
            <w:proofErr w:type="spellEnd"/>
            <w:r w:rsidRPr="000F3AAC">
              <w:rPr>
                <w:lang w:val="en-GB"/>
              </w:rPr>
              <w:t xml:space="preserve">, moment </w:t>
            </w:r>
            <w:proofErr w:type="spellStart"/>
            <w:r w:rsidRPr="000F3AAC">
              <w:rPr>
                <w:lang w:val="en-GB"/>
              </w:rPr>
              <w:t>în</w:t>
            </w:r>
            <w:proofErr w:type="spellEnd"/>
            <w:r w:rsidRPr="000F3AAC">
              <w:rPr>
                <w:lang w:val="en-GB"/>
              </w:rPr>
              <w:t xml:space="preserve"> care </w:t>
            </w:r>
            <w:proofErr w:type="spellStart"/>
            <w:r w:rsidRPr="000F3AAC">
              <w:rPr>
                <w:lang w:val="en-GB"/>
              </w:rPr>
              <w:t>este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stabilit</w:t>
            </w:r>
            <w:proofErr w:type="spellEnd"/>
            <w:r w:rsidRPr="000F3AAC">
              <w:rPr>
                <w:lang w:val="en-GB"/>
              </w:rPr>
              <w:t xml:space="preserve"> </w:t>
            </w:r>
            <w:proofErr w:type="spellStart"/>
            <w:r w:rsidRPr="000F3AAC">
              <w:rPr>
                <w:lang w:val="en-GB"/>
              </w:rPr>
              <w:t>învingătorul</w:t>
            </w:r>
            <w:proofErr w:type="spellEnd"/>
            <w:r w:rsidRPr="000F3AAC">
              <w:rPr>
                <w:lang w:val="en-GB"/>
              </w:rPr>
              <w:t>.</w:t>
            </w:r>
          </w:p>
        </w:tc>
      </w:tr>
      <w:tr w:rsidR="009D275A" w:rsidRPr="00577470" w14:paraId="68A40A68" w14:textId="77777777" w:rsidTr="004B6760">
        <w:trPr>
          <w:trHeight w:val="1020"/>
        </w:trPr>
        <w:tc>
          <w:tcPr>
            <w:tcW w:w="4165" w:type="dxa"/>
            <w:gridSpan w:val="3"/>
            <w:vAlign w:val="center"/>
          </w:tcPr>
          <w:p w14:paraId="3FA88E1F" w14:textId="1E383F76" w:rsidR="009D275A" w:rsidRPr="006815B3" w:rsidRDefault="000F3AAC" w:rsidP="00731A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1A58">
              <w:rPr>
                <w:b/>
                <w:sz w:val="24"/>
                <w:szCs w:val="24"/>
              </w:rPr>
              <w:t>Premii</w:t>
            </w:r>
            <w:proofErr w:type="spellEnd"/>
            <w:r w:rsidRPr="00731A5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1A58">
              <w:rPr>
                <w:b/>
                <w:sz w:val="24"/>
                <w:szCs w:val="24"/>
              </w:rPr>
              <w:t>pentru</w:t>
            </w:r>
            <w:proofErr w:type="spellEnd"/>
            <w:r w:rsidRPr="00731A5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1A58">
              <w:rPr>
                <w:b/>
                <w:sz w:val="24"/>
                <w:szCs w:val="24"/>
              </w:rPr>
              <w:t>competiția</w:t>
            </w:r>
            <w:proofErr w:type="spellEnd"/>
            <w:r w:rsidRPr="00731A58">
              <w:rPr>
                <w:b/>
                <w:sz w:val="24"/>
                <w:szCs w:val="24"/>
              </w:rPr>
              <w:t xml:space="preserve"> pe </w:t>
            </w:r>
            <w:proofErr w:type="spellStart"/>
            <w:r w:rsidRPr="00731A58">
              <w:rPr>
                <w:b/>
                <w:sz w:val="24"/>
                <w:szCs w:val="24"/>
              </w:rPr>
              <w:t>echipe</w:t>
            </w:r>
            <w:proofErr w:type="spellEnd"/>
          </w:p>
        </w:tc>
        <w:tc>
          <w:tcPr>
            <w:tcW w:w="6232" w:type="dxa"/>
            <w:vAlign w:val="center"/>
          </w:tcPr>
          <w:p w14:paraId="40611D0B" w14:textId="21F2988B" w:rsidR="009D275A" w:rsidRPr="00BD553F" w:rsidRDefault="009D275A" w:rsidP="00731A58">
            <w:proofErr w:type="spellStart"/>
            <w:r>
              <w:t>Locul</w:t>
            </w:r>
            <w:proofErr w:type="spellEnd"/>
            <w:r>
              <w:t xml:space="preserve"> I – </w:t>
            </w:r>
            <w:r w:rsidR="00353CCE">
              <w:t>10</w:t>
            </w:r>
            <w:r>
              <w:t>00$</w:t>
            </w:r>
            <w:r w:rsidR="00353CCE">
              <w:t>/1000$</w:t>
            </w:r>
            <w:r w:rsidR="00731A58">
              <w:t xml:space="preserve"> </w:t>
            </w:r>
            <w:proofErr w:type="spellStart"/>
            <w:r w:rsidR="00731A58">
              <w:t>antrenor</w:t>
            </w:r>
            <w:proofErr w:type="spellEnd"/>
            <w:r w:rsidR="00731A58">
              <w:t>.</w:t>
            </w:r>
            <w:r>
              <w:br/>
            </w:r>
            <w:proofErr w:type="spellStart"/>
            <w:r>
              <w:t>Locul</w:t>
            </w:r>
            <w:proofErr w:type="spellEnd"/>
            <w:r>
              <w:t xml:space="preserve"> II – </w:t>
            </w:r>
            <w:r w:rsidR="00353CCE">
              <w:t>5</w:t>
            </w:r>
            <w:r>
              <w:t>00$</w:t>
            </w:r>
            <w:r w:rsidR="00353CCE">
              <w:t>/500$</w:t>
            </w:r>
            <w:r w:rsidR="00731A58">
              <w:t xml:space="preserve"> </w:t>
            </w:r>
            <w:proofErr w:type="spellStart"/>
            <w:r w:rsidR="00731A58">
              <w:t>antrenor</w:t>
            </w:r>
            <w:proofErr w:type="spellEnd"/>
            <w:r w:rsidR="00731A58">
              <w:t>.</w:t>
            </w:r>
            <w:r>
              <w:br/>
            </w:r>
            <w:proofErr w:type="spellStart"/>
            <w:r>
              <w:t>Locul</w:t>
            </w:r>
            <w:proofErr w:type="spellEnd"/>
            <w:r>
              <w:t xml:space="preserve"> III – </w:t>
            </w:r>
            <w:r w:rsidR="00353CCE">
              <w:t>3</w:t>
            </w:r>
            <w:r>
              <w:t>00$</w:t>
            </w:r>
            <w:r w:rsidR="00353CCE">
              <w:t>/300$</w:t>
            </w:r>
            <w:r w:rsidR="00731A58">
              <w:t xml:space="preserve"> </w:t>
            </w:r>
            <w:proofErr w:type="spellStart"/>
            <w:r w:rsidR="00731A58">
              <w:t>antrenor</w:t>
            </w:r>
            <w:proofErr w:type="spellEnd"/>
            <w:r w:rsidR="00731A58">
              <w:t>.</w:t>
            </w:r>
          </w:p>
        </w:tc>
      </w:tr>
      <w:tr w:rsidR="00353CCE" w:rsidRPr="00577470" w14:paraId="1DED2C31" w14:textId="77777777" w:rsidTr="004B6760">
        <w:trPr>
          <w:trHeight w:val="1020"/>
        </w:trPr>
        <w:tc>
          <w:tcPr>
            <w:tcW w:w="4165" w:type="dxa"/>
            <w:gridSpan w:val="3"/>
            <w:vAlign w:val="center"/>
          </w:tcPr>
          <w:p w14:paraId="783028B2" w14:textId="07F41D91" w:rsidR="00353CCE" w:rsidRPr="00FB5F5D" w:rsidRDefault="000F3AAC" w:rsidP="00731A5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31A58">
              <w:rPr>
                <w:b/>
                <w:sz w:val="24"/>
                <w:szCs w:val="24"/>
              </w:rPr>
              <w:t>Premii</w:t>
            </w:r>
            <w:proofErr w:type="spellEnd"/>
            <w:r w:rsidRPr="00731A5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1A58">
              <w:rPr>
                <w:b/>
                <w:sz w:val="24"/>
                <w:szCs w:val="24"/>
              </w:rPr>
              <w:t>pentru</w:t>
            </w:r>
            <w:proofErr w:type="spellEnd"/>
            <w:r w:rsidRPr="00731A5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731A58">
              <w:rPr>
                <w:b/>
                <w:sz w:val="24"/>
                <w:szCs w:val="24"/>
              </w:rPr>
              <w:t>competiția</w:t>
            </w:r>
            <w:proofErr w:type="spellEnd"/>
            <w:r w:rsidRPr="00731A58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FB5F5D">
              <w:rPr>
                <w:b/>
                <w:sz w:val="24"/>
                <w:szCs w:val="24"/>
              </w:rPr>
              <w:t>individual</w:t>
            </w:r>
            <w:r w:rsidR="0090462A" w:rsidRPr="00731A58">
              <w:rPr>
                <w:b/>
                <w:sz w:val="24"/>
                <w:szCs w:val="24"/>
              </w:rPr>
              <w:t>ă</w:t>
            </w:r>
            <w:proofErr w:type="spellEnd"/>
            <w:r w:rsidR="00FB5F5D" w:rsidRPr="00FB5F5D">
              <w:rPr>
                <w:b/>
                <w:sz w:val="24"/>
                <w:szCs w:val="24"/>
              </w:rPr>
              <w:t xml:space="preserve">  -18</w:t>
            </w:r>
            <w:r w:rsidR="00FB5F5D"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</w:t>
            </w:r>
            <w:r w:rsidR="00FB5F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>c</w:t>
            </w:r>
            <w:proofErr w:type="spellStart"/>
            <w:r w:rsidR="00FB5F5D"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ategorii</w:t>
            </w:r>
            <w:proofErr w:type="spellEnd"/>
            <w:r w:rsidR="00FB5F5D"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 xml:space="preserve"> de </w:t>
            </w:r>
            <w:proofErr w:type="spellStart"/>
            <w:r w:rsidR="00FB5F5D" w:rsidRPr="00353CC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en-GB" w:eastAsia="ru-RU"/>
              </w:rPr>
              <w:t>greutate</w:t>
            </w:r>
            <w:proofErr w:type="spellEnd"/>
            <w:r w:rsidR="00FB5F5D" w:rsidRPr="00FB5F5D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6232" w:type="dxa"/>
            <w:vAlign w:val="center"/>
          </w:tcPr>
          <w:p w14:paraId="6A962A99" w14:textId="7DE6F826" w:rsidR="00353CCE" w:rsidRPr="00BD553F" w:rsidRDefault="00353CCE" w:rsidP="00731A58">
            <w:proofErr w:type="spellStart"/>
            <w:r>
              <w:t>Locul</w:t>
            </w:r>
            <w:proofErr w:type="spellEnd"/>
            <w:r>
              <w:t xml:space="preserve"> I – 120$/120$</w:t>
            </w:r>
            <w:r w:rsidR="00731A58">
              <w:t xml:space="preserve"> </w:t>
            </w:r>
            <w:proofErr w:type="spellStart"/>
            <w:r w:rsidR="00731A58">
              <w:t>antrenor</w:t>
            </w:r>
            <w:proofErr w:type="spellEnd"/>
            <w:r w:rsidR="00731A58">
              <w:t>.</w:t>
            </w:r>
            <w:r>
              <w:br/>
            </w:r>
            <w:proofErr w:type="spellStart"/>
            <w:r>
              <w:t>Locul</w:t>
            </w:r>
            <w:proofErr w:type="spellEnd"/>
            <w:r>
              <w:t xml:space="preserve"> II – 80$/80$</w:t>
            </w:r>
            <w:r w:rsidR="00731A58">
              <w:t xml:space="preserve"> </w:t>
            </w:r>
            <w:proofErr w:type="spellStart"/>
            <w:r w:rsidR="00731A58">
              <w:t>antrenor</w:t>
            </w:r>
            <w:proofErr w:type="spellEnd"/>
            <w:r w:rsidR="00731A58">
              <w:t>.</w:t>
            </w:r>
            <w:r>
              <w:br/>
            </w:r>
            <w:proofErr w:type="spellStart"/>
            <w:r>
              <w:t>Locul</w:t>
            </w:r>
            <w:proofErr w:type="spellEnd"/>
            <w:r>
              <w:t xml:space="preserve"> III – 50$/50$</w:t>
            </w:r>
            <w:r w:rsidR="00731A58">
              <w:t xml:space="preserve"> </w:t>
            </w:r>
            <w:proofErr w:type="spellStart"/>
            <w:r w:rsidR="00731A58">
              <w:t>antrenor</w:t>
            </w:r>
            <w:proofErr w:type="spellEnd"/>
            <w:r w:rsidR="00731A58">
              <w:t>.</w:t>
            </w:r>
          </w:p>
        </w:tc>
      </w:tr>
      <w:tr w:rsidR="009D275A" w:rsidRPr="00BD553F" w14:paraId="317A4294" w14:textId="77777777" w:rsidTr="004B6760">
        <w:trPr>
          <w:trHeight w:val="1124"/>
        </w:trPr>
        <w:tc>
          <w:tcPr>
            <w:tcW w:w="10397" w:type="dxa"/>
            <w:gridSpan w:val="4"/>
            <w:vAlign w:val="center"/>
          </w:tcPr>
          <w:p w14:paraId="58199BF0" w14:textId="77777777" w:rsidR="009D275A" w:rsidRPr="00460DE1" w:rsidRDefault="009D275A" w:rsidP="00353CCE">
            <w:pPr>
              <w:jc w:val="center"/>
              <w:rPr>
                <w:i/>
                <w:iCs/>
                <w:color w:val="C00000"/>
                <w:sz w:val="28"/>
                <w:szCs w:val="28"/>
              </w:rPr>
            </w:pP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Toate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cheltuielile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aferente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delegațiilor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sunt </w:t>
            </w: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suportate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de </w:t>
            </w: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organizațiile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care</w:t>
            </w:r>
          </w:p>
          <w:p w14:paraId="74A9CF15" w14:textId="2B9DADAA" w:rsidR="009D275A" w:rsidRPr="00BD553F" w:rsidRDefault="009D275A" w:rsidP="00353CCE">
            <w:pPr>
              <w:jc w:val="center"/>
              <w:rPr>
                <w:i/>
                <w:iCs/>
                <w:color w:val="EE0000"/>
                <w:sz w:val="28"/>
                <w:szCs w:val="28"/>
              </w:rPr>
            </w:pP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deleagă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60DE1">
              <w:rPr>
                <w:i/>
                <w:iCs/>
                <w:color w:val="C00000"/>
                <w:sz w:val="28"/>
                <w:szCs w:val="28"/>
              </w:rPr>
              <w:t>echipele</w:t>
            </w:r>
            <w:proofErr w:type="spellEnd"/>
            <w:r w:rsidRPr="00460DE1">
              <w:rPr>
                <w:i/>
                <w:iCs/>
                <w:color w:val="C00000"/>
                <w:sz w:val="28"/>
                <w:szCs w:val="28"/>
              </w:rPr>
              <w:t xml:space="preserve"> la concurs.</w:t>
            </w:r>
          </w:p>
        </w:tc>
      </w:tr>
      <w:tr w:rsidR="009D275A" w:rsidRPr="006815B3" w14:paraId="1F8A2753" w14:textId="77777777" w:rsidTr="004B6760">
        <w:trPr>
          <w:trHeight w:val="510"/>
        </w:trPr>
        <w:tc>
          <w:tcPr>
            <w:tcW w:w="4165" w:type="dxa"/>
            <w:gridSpan w:val="3"/>
            <w:vAlign w:val="center"/>
          </w:tcPr>
          <w:p w14:paraId="3A58FB9C" w14:textId="77777777" w:rsidR="009D275A" w:rsidRPr="006815B3" w:rsidRDefault="009D275A" w:rsidP="00731A5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Condiții</w:t>
            </w:r>
            <w:proofErr w:type="spellEnd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de </w:t>
            </w:r>
            <w:proofErr w:type="spellStart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desfășurare</w:t>
            </w:r>
            <w:proofErr w:type="spellEnd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a </w:t>
            </w:r>
            <w:proofErr w:type="spellStart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competiției</w:t>
            </w:r>
            <w:proofErr w:type="spellEnd"/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vAlign w:val="center"/>
          </w:tcPr>
          <w:p w14:paraId="02B97355" w14:textId="77777777" w:rsidR="009D275A" w:rsidRPr="006815B3" w:rsidRDefault="009D275A" w:rsidP="00731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Competiția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se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va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desfășura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conformitate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Regulamentul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de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arbitraj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Federației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Internaționale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de Judo (IJF)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al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Federației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de Judo din Republica Moldova (FJM).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Fiecare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participant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trebuie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să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aibă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calificare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de cel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puțin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5 kyu.</w:t>
            </w:r>
          </w:p>
        </w:tc>
      </w:tr>
      <w:tr w:rsidR="009D275A" w:rsidRPr="00577470" w14:paraId="14C7D549" w14:textId="77777777" w:rsidTr="004B6760">
        <w:trPr>
          <w:trHeight w:val="510"/>
        </w:trPr>
        <w:tc>
          <w:tcPr>
            <w:tcW w:w="4165" w:type="dxa"/>
            <w:gridSpan w:val="3"/>
            <w:vAlign w:val="center"/>
          </w:tcPr>
          <w:p w14:paraId="12134B69" w14:textId="77777777" w:rsidR="009D275A" w:rsidRPr="006815B3" w:rsidRDefault="009D275A" w:rsidP="00731A5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815B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Premiere:</w:t>
            </w:r>
          </w:p>
        </w:tc>
        <w:tc>
          <w:tcPr>
            <w:tcW w:w="6232" w:type="dxa"/>
            <w:vAlign w:val="center"/>
          </w:tcPr>
          <w:p w14:paraId="0940C4BA" w14:textId="2DFA1856" w:rsidR="009D275A" w:rsidRPr="006815B3" w:rsidRDefault="009D275A" w:rsidP="00731A58">
            <w:pPr>
              <w:pStyle w:val="a9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Campionii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premianții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turneului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internațional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vor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fi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premiați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cu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medalie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diplomă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cupă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și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premiu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>în</w:t>
            </w:r>
            <w:proofErr w:type="spellEnd"/>
            <w:r w:rsidRPr="006815B3">
              <w:rPr>
                <w:rFonts w:ascii="Times New Roman" w:hAnsi="Times New Roman" w:cs="Times New Roman"/>
                <w:sz w:val="24"/>
                <w:szCs w:val="24"/>
              </w:rPr>
              <w:t xml:space="preserve"> bani.</w:t>
            </w:r>
          </w:p>
        </w:tc>
      </w:tr>
      <w:tr w:rsidR="009D275A" w:rsidRPr="00577470" w14:paraId="631D055C" w14:textId="77777777" w:rsidTr="004B6760">
        <w:trPr>
          <w:trHeight w:val="510"/>
        </w:trPr>
        <w:tc>
          <w:tcPr>
            <w:tcW w:w="4165" w:type="dxa"/>
            <w:gridSpan w:val="3"/>
            <w:vAlign w:val="center"/>
          </w:tcPr>
          <w:p w14:paraId="514E1075" w14:textId="6A5B8E24" w:rsidR="009D275A" w:rsidRPr="002E6083" w:rsidRDefault="009D275A" w:rsidP="00731A58">
            <w:pPr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2E60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Informații</w:t>
            </w:r>
            <w:proofErr w:type="spellEnd"/>
            <w:r w:rsidRPr="002E6083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6232" w:type="dxa"/>
            <w:vAlign w:val="center"/>
          </w:tcPr>
          <w:p w14:paraId="3ADA4886" w14:textId="77777777" w:rsidR="009D275A" w:rsidRPr="002E6083" w:rsidRDefault="009D275A" w:rsidP="00731A5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E6083">
              <w:rPr>
                <w:rFonts w:ascii="Times New Roman" w:hAnsi="Times New Roman" w:cs="Times New Roman"/>
                <w:sz w:val="24"/>
                <w:szCs w:val="24"/>
              </w:rPr>
              <w:t>tel.: +37377715380</w:t>
            </w:r>
          </w:p>
        </w:tc>
      </w:tr>
      <w:tr w:rsidR="009D275A" w:rsidRPr="00460DE1" w14:paraId="6289B356" w14:textId="77777777" w:rsidTr="004B6760">
        <w:trPr>
          <w:trHeight w:val="691"/>
        </w:trPr>
        <w:tc>
          <w:tcPr>
            <w:tcW w:w="10397" w:type="dxa"/>
            <w:gridSpan w:val="4"/>
            <w:vAlign w:val="center"/>
          </w:tcPr>
          <w:p w14:paraId="6B637B9A" w14:textId="058F6D2A" w:rsidR="009D275A" w:rsidRPr="00460DE1" w:rsidRDefault="009D275A" w:rsidP="00AD799F">
            <w:pPr>
              <w:jc w:val="center"/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</w:pPr>
            <w:proofErr w:type="spellStart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>Înscrierile</w:t>
            </w:r>
            <w:proofErr w:type="spellEnd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 xml:space="preserve"> se </w:t>
            </w:r>
            <w:proofErr w:type="spellStart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>primesc</w:t>
            </w:r>
            <w:proofErr w:type="spellEnd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 xml:space="preserve"> </w:t>
            </w:r>
            <w:proofErr w:type="spellStart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>până</w:t>
            </w:r>
            <w:proofErr w:type="spellEnd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 xml:space="preserve"> la 24 </w:t>
            </w:r>
            <w:proofErr w:type="spellStart"/>
            <w:r w:rsidR="00731A58"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>septembrie</w:t>
            </w:r>
            <w:proofErr w:type="spellEnd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 xml:space="preserve">, </w:t>
            </w:r>
            <w:proofErr w:type="spellStart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>ora</w:t>
            </w:r>
            <w:proofErr w:type="spellEnd"/>
            <w:r w:rsidRPr="00460DE1">
              <w:rPr>
                <w:rFonts w:ascii="Times New Roman" w:hAnsi="Times New Roman" w:cs="Times New Roman"/>
                <w:i/>
                <w:iCs/>
                <w:color w:val="C00000"/>
                <w:sz w:val="28"/>
                <w:szCs w:val="28"/>
              </w:rPr>
              <w:t xml:space="preserve"> 17.00 la e-mail: tirasjudo@mail.ru</w:t>
            </w:r>
          </w:p>
        </w:tc>
      </w:tr>
    </w:tbl>
    <w:p w14:paraId="7255DACD" w14:textId="77777777" w:rsidR="009D275A" w:rsidRPr="009D275A" w:rsidRDefault="009D275A" w:rsidP="009D275A"/>
    <w:p w14:paraId="3D52D046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  <w:r w:rsidRPr="005B2026">
        <w:rPr>
          <w:rFonts w:ascii="Times New Roman" w:eastAsia="Times New Roman" w:hAnsi="Times New Roman" w:cs="Times New Roman"/>
          <w:b/>
          <w:sz w:val="32"/>
          <w:szCs w:val="28"/>
          <w:lang w:val="ro-RO" w:eastAsia="ru-RU"/>
        </w:rPr>
        <w:t xml:space="preserve">                                                                    </w:t>
      </w:r>
    </w:p>
    <w:p w14:paraId="62A99864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2F3F60A6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13A95341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28A91FD6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0C8A7842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65E55FA4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42A4A1EF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33AAE55C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7E1B2CAF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2EE9051D" w14:textId="77777777" w:rsidR="005B2026" w:rsidRPr="005F4A47" w:rsidRDefault="005B2026" w:rsidP="005B2026">
      <w:pPr>
        <w:spacing w:after="0" w:line="360" w:lineRule="auto"/>
        <w:rPr>
          <w:rFonts w:ascii="Times New Roman" w:eastAsia="Times New Roman" w:hAnsi="Times New Roman" w:cs="Times New Roman"/>
          <w:b/>
          <w:sz w:val="32"/>
          <w:szCs w:val="28"/>
          <w:lang w:eastAsia="ru-RU"/>
        </w:rPr>
      </w:pPr>
    </w:p>
    <w:p w14:paraId="7668D753" w14:textId="75311CE0" w:rsidR="003C7BCB" w:rsidRPr="00D76116" w:rsidRDefault="005B2026" w:rsidP="00D7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76116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lastRenderedPageBreak/>
        <w:t>O F E R T Ă   T E H N I C Ă</w:t>
      </w:r>
      <w:r w:rsidR="00D76116" w:rsidRPr="00D7611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  </w:t>
      </w:r>
      <w:r w:rsidR="003C7BCB" w:rsidRPr="00D76116">
        <w:rPr>
          <w:rFonts w:ascii="Times New Roman" w:hAnsi="Times New Roman" w:cs="Times New Roman"/>
          <w:color w:val="00B05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„TIRASPOL MASTERS CUP”</w:t>
      </w:r>
    </w:p>
    <w:p w14:paraId="0B540E42" w14:textId="6C889D81" w:rsidR="005B2026" w:rsidRPr="005F4A47" w:rsidRDefault="005B2026" w:rsidP="005B202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de la echipa</w:t>
      </w:r>
      <w:r w:rsidRPr="00D7611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 </w:t>
      </w:r>
      <w:r w:rsidR="00D76116" w:rsidRPr="00D76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</w:t>
      </w:r>
      <w:r w:rsidR="00BC34F4" w:rsidRPr="00BC34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D76116" w:rsidRPr="00D76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5B202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localitatea or.</w:t>
      </w:r>
      <w:r w:rsidRPr="005B2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3222"/>
        <w:gridCol w:w="709"/>
        <w:gridCol w:w="992"/>
        <w:gridCol w:w="1276"/>
        <w:gridCol w:w="992"/>
        <w:gridCol w:w="1762"/>
      </w:tblGrid>
      <w:tr w:rsidR="00BE3E86" w:rsidRPr="005B2026" w14:paraId="2CA64741" w14:textId="77777777" w:rsidTr="00BE3E86">
        <w:trPr>
          <w:trHeight w:val="66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206C2B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20E27268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0D0C92" w14:textId="77777777" w:rsidR="00BE3E8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Numele, </w:t>
            </w:r>
          </w:p>
          <w:p w14:paraId="3972CB3F" w14:textId="29A82052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prenumele sportivului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381CA" w14:textId="33CF0FA8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 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82948A" w14:textId="345E5519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Clubul Sportiv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89375E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Cat. de</w:t>
            </w:r>
          </w:p>
          <w:p w14:paraId="311DE4B2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greutate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DB4872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Anul</w:t>
            </w:r>
          </w:p>
          <w:p w14:paraId="117717B5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naşterii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52983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antrenorului</w:t>
            </w:r>
          </w:p>
        </w:tc>
      </w:tr>
      <w:tr w:rsidR="00BE3E86" w:rsidRPr="005B2026" w14:paraId="093E45AB" w14:textId="77777777" w:rsidTr="00BE3E86">
        <w:trPr>
          <w:trHeight w:val="3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85917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7DFB" w14:textId="32ACC0D5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7F1B2" w14:textId="29987560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2AAB9" w14:textId="15C6F6D4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CC5B44" w14:textId="351DDFAD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D6144B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58439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4CC9693B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03651F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B3259" w14:textId="286E6CDE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1221D" w14:textId="58DBB971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E231" w14:textId="1EFFE281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A46FF" w14:textId="1432FF6A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55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26C45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05F6C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3A3245AF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D6E2B5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3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437A1" w14:textId="2F53510C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88083" w14:textId="00660E8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DEEF8" w14:textId="15A695AB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5882C" w14:textId="0B1110FD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5BF00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D33A0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4603FA28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82C22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4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1DADD" w14:textId="2A590F61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FD29F" w14:textId="664808CA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7563E" w14:textId="50F6EEB1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46E80" w14:textId="348FFEAA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66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00694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9530E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4408E332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0A19B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5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47F51" w14:textId="35AFC3CC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D248" w14:textId="74860C9E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3129" w14:textId="41AFDAD4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FBEC5" w14:textId="63448521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48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67357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3C066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25334879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0BC59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6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66B3D" w14:textId="32F72E7E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13BE" w14:textId="559EEC74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53AA2" w14:textId="2711D0C6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7413A" w14:textId="5B578DEC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52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E28E1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2345A3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22FC80A1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6FFDA8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7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2FC9B" w14:textId="4FBF7941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0EA94" w14:textId="4CE1FD13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C656E" w14:textId="4C995BBB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BE17C" w14:textId="32933E78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6388D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43F48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BE3E86" w:rsidRPr="005B2026" w14:paraId="2C0F7184" w14:textId="77777777" w:rsidTr="00BE3E8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DF614D" w14:textId="77777777" w:rsidR="00BE3E86" w:rsidRPr="005B2026" w:rsidRDefault="00BE3E86" w:rsidP="005B202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8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4A562" w14:textId="7F9B9883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B0A75" w14:textId="14B6A110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5FC2F" w14:textId="4B13FAD8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859C3" w14:textId="3658F719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  <w:t>63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285AA4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A2663" w14:textId="77777777" w:rsidR="00BE3E86" w:rsidRPr="005B2026" w:rsidRDefault="00BE3E86" w:rsidP="005B202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14:paraId="0C92A936" w14:textId="0EC3031A" w:rsidR="005B2026" w:rsidRPr="005B2026" w:rsidRDefault="005B2026" w:rsidP="005B2026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În total  sunt  admişi  la  competiţie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</w:t>
      </w:r>
      <w:r w:rsidRPr="005B2026">
        <w:rPr>
          <w:rFonts w:ascii="Times New Roman" w:eastAsia="Times New Roman" w:hAnsi="Times New Roman" w:cs="Times New Roman"/>
          <w:sz w:val="28"/>
          <w:szCs w:val="24"/>
          <w:lang w:eastAsia="ru-RU"/>
        </w:rPr>
        <w:t>8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sportivi                                    __________________ __ </w:t>
      </w:r>
      <w:r w:rsidR="008C2D81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                  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____________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Numele,    prenumele   medicului                                                          semnătura, ştampila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C5D986B" w14:textId="6A5AABCC" w:rsidR="005B2026" w:rsidRPr="005B2026" w:rsidRDefault="005B2026" w:rsidP="005B2026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</w:pP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                                                                                                                                                       </w:t>
      </w:r>
    </w:p>
    <w:p w14:paraId="0DAD2341" w14:textId="77777777" w:rsidR="005B2026" w:rsidRPr="005B2026" w:rsidRDefault="005B2026" w:rsidP="008C2D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Director / Preşedinte             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>_______________                             ____________</w:t>
      </w:r>
    </w:p>
    <w:p w14:paraId="33762850" w14:textId="0D7C8533" w:rsidR="0093404D" w:rsidRPr="00BC34F4" w:rsidRDefault="005B2026" w:rsidP="008C2D81">
      <w:pPr>
        <w:spacing w:after="0" w:line="240" w:lineRule="auto"/>
        <w:ind w:right="-315"/>
        <w:rPr>
          <w:rFonts w:ascii="Times New Roman" w:eastAsia="Times New Roman" w:hAnsi="Times New Roman" w:cs="Times New Roman"/>
          <w:szCs w:val="20"/>
          <w:lang w:eastAsia="ru-RU"/>
        </w:rPr>
      </w:pPr>
      <w:r w:rsidRPr="005B2026">
        <w:rPr>
          <w:rFonts w:ascii="Times New Roman" w:eastAsia="Times New Roman" w:hAnsi="Times New Roman" w:cs="Times New Roman"/>
          <w:b/>
          <w:szCs w:val="20"/>
          <w:lang w:val="ro-RO" w:eastAsia="ru-RU"/>
        </w:rPr>
        <w:t xml:space="preserve">                                         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Numele,    prenumele   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         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>semnătura, ştampila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</w:t>
      </w:r>
      <w:r w:rsidR="0093404D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        </w:t>
      </w:r>
    </w:p>
    <w:p w14:paraId="7D0EAF38" w14:textId="77777777" w:rsidR="0093404D" w:rsidRPr="00BC34F4" w:rsidRDefault="0093404D" w:rsidP="0093404D">
      <w:pPr>
        <w:spacing w:after="0" w:line="240" w:lineRule="auto"/>
        <w:ind w:left="720" w:right="-315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</w:p>
    <w:p w14:paraId="735E5107" w14:textId="0A3F7196" w:rsidR="0093404D" w:rsidRPr="00D76116" w:rsidRDefault="0093404D" w:rsidP="00D7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76116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O F E R T Ă   T E H N I C Ă</w:t>
      </w:r>
      <w:r w:rsidR="00D76116" w:rsidRPr="00D76116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</w:t>
      </w:r>
      <w:r w:rsidRPr="00D76116">
        <w:rPr>
          <w:rFonts w:ascii="Times New Roman" w:hAnsi="Times New Roman" w:cs="Times New Roman"/>
          <w:color w:val="00B05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„TIRASPOL MASTERS CUP”</w:t>
      </w:r>
    </w:p>
    <w:p w14:paraId="2A9BA97F" w14:textId="128A5A80" w:rsidR="0093404D" w:rsidRPr="00D76116" w:rsidRDefault="0093404D" w:rsidP="0093404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de la </w:t>
      </w:r>
      <w:r w:rsidRPr="0093404D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individuală</w:t>
      </w:r>
      <w:r w:rsidR="008E5BA6" w:rsidRPr="00D76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E5BA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2010–2014</w:t>
      </w:r>
      <w:r w:rsidR="00D76116" w:rsidRPr="00D76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Pr="005B202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localitatea or.</w:t>
      </w:r>
      <w:r w:rsidRPr="005B2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3222"/>
        <w:gridCol w:w="709"/>
        <w:gridCol w:w="992"/>
        <w:gridCol w:w="1276"/>
        <w:gridCol w:w="992"/>
        <w:gridCol w:w="1762"/>
      </w:tblGrid>
      <w:tr w:rsidR="0093404D" w:rsidRPr="005B2026" w14:paraId="46BD643C" w14:textId="77777777" w:rsidTr="00180830">
        <w:trPr>
          <w:trHeight w:val="66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318F3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3410FD3E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CFFAA2" w14:textId="77777777" w:rsidR="0093404D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Numele, </w:t>
            </w:r>
          </w:p>
          <w:p w14:paraId="67CEDAC9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prenumele sportivului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C4B3B" w14:textId="77777777" w:rsidR="0093404D" w:rsidRPr="008E5BA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 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ED3BA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Clubul Sportiv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D5060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Cat. de</w:t>
            </w:r>
          </w:p>
          <w:p w14:paraId="2821497E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greutate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0D3FB7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Anul</w:t>
            </w:r>
          </w:p>
          <w:p w14:paraId="37521A42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naşterii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63A74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antrenorului</w:t>
            </w:r>
          </w:p>
        </w:tc>
      </w:tr>
      <w:tr w:rsidR="0093404D" w:rsidRPr="005B2026" w14:paraId="6BA76D6B" w14:textId="77777777" w:rsidTr="008E5BA6">
        <w:trPr>
          <w:trHeight w:val="3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B2172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EEF7A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5E5B9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AD236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F1997" w14:textId="4273B528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583A2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B1A8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93404D" w:rsidRPr="005B2026" w14:paraId="696764C1" w14:textId="77777777" w:rsidTr="008E5BA6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D9796" w14:textId="77777777" w:rsidR="0093404D" w:rsidRPr="005B2026" w:rsidRDefault="0093404D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16C1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ECBF9" w14:textId="092F9182" w:rsidR="0093404D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3CB79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CDC0" w14:textId="6BF9994B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F350F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37975" w14:textId="77777777" w:rsidR="0093404D" w:rsidRPr="005B2026" w:rsidRDefault="0093404D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14:paraId="7E8CAFAE" w14:textId="7C7186B7" w:rsidR="0093404D" w:rsidRPr="005B2026" w:rsidRDefault="0093404D" w:rsidP="0093404D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În total  sunt  admişi  la  competiţie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sportivi                                    __________________ __ </w:t>
      </w:r>
      <w:r w:rsidR="008C2D81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       </w:t>
      </w:r>
      <w:r w:rsidR="00D7611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____________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      Numele,    prenumele   medicului                       </w:t>
      </w:r>
      <w:r w:rsidR="00D7611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semnătura, ştampila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AADCFC1" w14:textId="47FF1773" w:rsidR="0093404D" w:rsidRPr="005B2026" w:rsidRDefault="0093404D" w:rsidP="0093404D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</w:pP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3907FD00" w14:textId="77777777" w:rsidR="0093404D" w:rsidRPr="005B2026" w:rsidRDefault="0093404D" w:rsidP="008C2D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Director / Preşedinte             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>_______________                             ____________</w:t>
      </w:r>
    </w:p>
    <w:p w14:paraId="0281B355" w14:textId="77777777" w:rsidR="0093404D" w:rsidRPr="005B2026" w:rsidRDefault="0093404D" w:rsidP="008C2D81">
      <w:pPr>
        <w:spacing w:after="0" w:line="240" w:lineRule="auto"/>
        <w:ind w:right="-315"/>
        <w:rPr>
          <w:rFonts w:ascii="Times New Roman" w:eastAsia="Times New Roman" w:hAnsi="Times New Roman" w:cs="Times New Roman"/>
          <w:b/>
          <w:szCs w:val="20"/>
          <w:u w:val="single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Cs w:val="20"/>
          <w:lang w:val="ro-RO" w:eastAsia="ru-RU"/>
        </w:rPr>
        <w:t xml:space="preserve">                                         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Numele,    prenumele   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         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>semnătura, ştampila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                 </w:t>
      </w:r>
    </w:p>
    <w:p w14:paraId="5FF5B070" w14:textId="77777777" w:rsidR="0093404D" w:rsidRPr="00BC34F4" w:rsidRDefault="0093404D" w:rsidP="00731A5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14:paraId="2890BCD7" w14:textId="6339F2DD" w:rsidR="008C2D81" w:rsidRPr="00D76116" w:rsidRDefault="008C2D81" w:rsidP="00D7611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D76116">
        <w:rPr>
          <w:rFonts w:ascii="Times New Roman" w:eastAsia="Times New Roman" w:hAnsi="Times New Roman" w:cs="Times New Roman"/>
          <w:b/>
          <w:sz w:val="32"/>
          <w:szCs w:val="32"/>
          <w:lang w:val="ro-RO" w:eastAsia="ru-RU"/>
        </w:rPr>
        <w:t>O F E R T Ă   T E H N I C Ă</w:t>
      </w:r>
      <w:r w:rsidR="00D76116" w:rsidRPr="00BC34F4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 xml:space="preserve">    </w:t>
      </w:r>
      <w:r w:rsidRPr="00D76116">
        <w:rPr>
          <w:rFonts w:ascii="Times New Roman" w:hAnsi="Times New Roman" w:cs="Times New Roman"/>
          <w:color w:val="00B050"/>
          <w:sz w:val="32"/>
          <w:szCs w:val="3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„TIRASPOL MASTERS CUP”</w:t>
      </w:r>
    </w:p>
    <w:p w14:paraId="218075DE" w14:textId="4F8D18EB" w:rsidR="008C2D81" w:rsidRPr="00D76116" w:rsidRDefault="008C2D81" w:rsidP="008C2D81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de la </w:t>
      </w:r>
      <w:r w:rsidRPr="0093404D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individuală</w:t>
      </w:r>
      <w:r w:rsidRPr="008C2D8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20</w:t>
      </w:r>
      <w:r w:rsidRPr="00D761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16-2018</w:t>
      </w:r>
      <w:r w:rsidR="00D76116" w:rsidRPr="00D7611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</w:t>
      </w:r>
      <w:r w:rsidR="00D76116" w:rsidRPr="00D7611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 </w:t>
      </w:r>
      <w:r w:rsidRPr="00BC34F4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ru-RU"/>
        </w:rPr>
        <w:t>l</w:t>
      </w:r>
      <w:r w:rsidRPr="005B2026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ocalitatea or.</w:t>
      </w:r>
      <w:r w:rsidRPr="005B20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47"/>
        <w:gridCol w:w="3222"/>
        <w:gridCol w:w="709"/>
        <w:gridCol w:w="992"/>
        <w:gridCol w:w="1276"/>
        <w:gridCol w:w="992"/>
        <w:gridCol w:w="1762"/>
      </w:tblGrid>
      <w:tr w:rsidR="008C2D81" w:rsidRPr="005B2026" w14:paraId="1952C704" w14:textId="77777777" w:rsidTr="00180830">
        <w:trPr>
          <w:trHeight w:val="667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368590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Nr.</w:t>
            </w:r>
          </w:p>
          <w:p w14:paraId="3EAEBCD4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crt.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EF0D9" w14:textId="77777777" w:rsidR="008C2D81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 xml:space="preserve">Numele, </w:t>
            </w:r>
          </w:p>
          <w:p w14:paraId="16BA9AE3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prenumele sportivului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4B914" w14:textId="77777777" w:rsidR="008C2D81" w:rsidRPr="008E5BA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M 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CFA19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Clubul Sportiv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A37603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Cat. de</w:t>
            </w:r>
          </w:p>
          <w:p w14:paraId="41F31E57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greutate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DFD3DD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Anul</w:t>
            </w:r>
          </w:p>
          <w:p w14:paraId="73CF7A1B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naşterii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8C602E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antrenorului</w:t>
            </w:r>
          </w:p>
        </w:tc>
      </w:tr>
      <w:tr w:rsidR="008C2D81" w:rsidRPr="005B2026" w14:paraId="71D0DAD9" w14:textId="77777777" w:rsidTr="00180830">
        <w:trPr>
          <w:trHeight w:val="331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A99323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1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7E5F68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F13BE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51645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44263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3AA54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A349B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  <w:tr w:rsidR="008C2D81" w:rsidRPr="005B2026" w14:paraId="4745C3CD" w14:textId="77777777" w:rsidTr="00180830">
        <w:trPr>
          <w:trHeight w:val="316"/>
        </w:trPr>
        <w:tc>
          <w:tcPr>
            <w:tcW w:w="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68AE0A" w14:textId="77777777" w:rsidR="008C2D81" w:rsidRPr="005B2026" w:rsidRDefault="008C2D81" w:rsidP="001808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2</w:t>
            </w:r>
          </w:p>
        </w:tc>
        <w:tc>
          <w:tcPr>
            <w:tcW w:w="3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B588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8"/>
                <w:szCs w:val="24"/>
                <w:lang w:val="ru-RU" w:eastAsia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62502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B202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f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68848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701BA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Cs w:val="24"/>
                <w:lang w:val="ru-RU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3907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A9012" w14:textId="77777777" w:rsidR="008C2D81" w:rsidRPr="005B2026" w:rsidRDefault="008C2D81" w:rsidP="001808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</w:pPr>
          </w:p>
        </w:tc>
      </w:tr>
    </w:tbl>
    <w:p w14:paraId="66899CE6" w14:textId="77777777" w:rsidR="008C2D81" w:rsidRPr="005B2026" w:rsidRDefault="008C2D81" w:rsidP="008C2D81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În total  sunt  admişi  la  competiţie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sportivi                                    __________________ __ </w:t>
      </w:r>
      <w:r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                   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____________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      Numele,    prenumele   medicului                                                          semnătura, ştampila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8550749" w14:textId="77777777" w:rsidR="008C2D81" w:rsidRPr="005B2026" w:rsidRDefault="008C2D81" w:rsidP="008C2D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</w:pP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                                                                                                                                                                             </w:t>
      </w:r>
    </w:p>
    <w:p w14:paraId="01054C4C" w14:textId="77777777" w:rsidR="008C2D81" w:rsidRPr="005B2026" w:rsidRDefault="008C2D81" w:rsidP="008C2D81">
      <w:pPr>
        <w:spacing w:after="0" w:line="240" w:lineRule="auto"/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  <w:t xml:space="preserve">Director / Preşedinte               </w:t>
      </w:r>
      <w:r w:rsidRPr="005B2026">
        <w:rPr>
          <w:rFonts w:ascii="Times New Roman" w:eastAsia="Times New Roman" w:hAnsi="Times New Roman" w:cs="Times New Roman"/>
          <w:sz w:val="28"/>
          <w:szCs w:val="24"/>
          <w:lang w:val="ro-RO" w:eastAsia="ru-RU"/>
        </w:rPr>
        <w:t>_______________                             ____________</w:t>
      </w:r>
    </w:p>
    <w:p w14:paraId="434CABBE" w14:textId="77777777" w:rsidR="008C2D81" w:rsidRPr="005B2026" w:rsidRDefault="008C2D81" w:rsidP="008C2D81">
      <w:pPr>
        <w:spacing w:after="0" w:line="240" w:lineRule="auto"/>
        <w:ind w:right="-315"/>
        <w:rPr>
          <w:rFonts w:ascii="Times New Roman" w:eastAsia="Times New Roman" w:hAnsi="Times New Roman" w:cs="Times New Roman"/>
          <w:b/>
          <w:szCs w:val="20"/>
          <w:u w:val="single"/>
          <w:lang w:val="ro-RO" w:eastAsia="ru-RU"/>
        </w:rPr>
      </w:pPr>
      <w:r w:rsidRPr="005B2026">
        <w:rPr>
          <w:rFonts w:ascii="Times New Roman" w:eastAsia="Times New Roman" w:hAnsi="Times New Roman" w:cs="Times New Roman"/>
          <w:b/>
          <w:szCs w:val="20"/>
          <w:lang w:val="ro-RO" w:eastAsia="ru-RU"/>
        </w:rPr>
        <w:t xml:space="preserve">                                         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 xml:space="preserve">Numele,    prenumele   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                       </w:t>
      </w:r>
      <w:r w:rsidRPr="005B2026">
        <w:rPr>
          <w:rFonts w:ascii="Times New Roman" w:eastAsia="Times New Roman" w:hAnsi="Times New Roman" w:cs="Times New Roman"/>
          <w:sz w:val="18"/>
          <w:szCs w:val="16"/>
          <w:lang w:val="ro-RO" w:eastAsia="ru-RU"/>
        </w:rPr>
        <w:t>semnătura, ştampila</w:t>
      </w:r>
      <w:r w:rsidRPr="005B2026">
        <w:rPr>
          <w:rFonts w:ascii="Times New Roman" w:eastAsia="Times New Roman" w:hAnsi="Times New Roman" w:cs="Times New Roman"/>
          <w:szCs w:val="20"/>
          <w:lang w:val="ro-RO" w:eastAsia="ru-RU"/>
        </w:rPr>
        <w:t xml:space="preserve">                                        </w:t>
      </w:r>
    </w:p>
    <w:p w14:paraId="6F657156" w14:textId="77777777" w:rsidR="008C2D81" w:rsidRPr="006136CD" w:rsidRDefault="008C2D81" w:rsidP="008C2D81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8C2D81" w:rsidRPr="006136CD" w:rsidSect="00353CCE">
      <w:pgSz w:w="12240" w:h="15840"/>
      <w:pgMar w:top="861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C7C4A89"/>
    <w:multiLevelType w:val="multilevel"/>
    <w:tmpl w:val="7AC43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02C18A7"/>
    <w:multiLevelType w:val="hybridMultilevel"/>
    <w:tmpl w:val="E6DC2E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818E9"/>
    <w:multiLevelType w:val="multilevel"/>
    <w:tmpl w:val="8C007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18F2A62"/>
    <w:multiLevelType w:val="multilevel"/>
    <w:tmpl w:val="578C2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56A0CEF"/>
    <w:multiLevelType w:val="multilevel"/>
    <w:tmpl w:val="CAA223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B963884"/>
    <w:multiLevelType w:val="multilevel"/>
    <w:tmpl w:val="DC5C3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520121623">
    <w:abstractNumId w:val="8"/>
  </w:num>
  <w:num w:numId="2" w16cid:durableId="713971134">
    <w:abstractNumId w:val="6"/>
  </w:num>
  <w:num w:numId="3" w16cid:durableId="782960019">
    <w:abstractNumId w:val="5"/>
  </w:num>
  <w:num w:numId="4" w16cid:durableId="1959019572">
    <w:abstractNumId w:val="4"/>
  </w:num>
  <w:num w:numId="5" w16cid:durableId="911082251">
    <w:abstractNumId w:val="7"/>
  </w:num>
  <w:num w:numId="6" w16cid:durableId="407508497">
    <w:abstractNumId w:val="3"/>
  </w:num>
  <w:num w:numId="7" w16cid:durableId="315188465">
    <w:abstractNumId w:val="2"/>
  </w:num>
  <w:num w:numId="8" w16cid:durableId="206725497">
    <w:abstractNumId w:val="1"/>
  </w:num>
  <w:num w:numId="9" w16cid:durableId="1265383913">
    <w:abstractNumId w:val="0"/>
  </w:num>
  <w:num w:numId="10" w16cid:durableId="1794134503">
    <w:abstractNumId w:val="9"/>
  </w:num>
  <w:num w:numId="11" w16cid:durableId="323244371">
    <w:abstractNumId w:val="13"/>
  </w:num>
  <w:num w:numId="12" w16cid:durableId="445586416">
    <w:abstractNumId w:val="12"/>
  </w:num>
  <w:num w:numId="13" w16cid:durableId="1387023332">
    <w:abstractNumId w:val="14"/>
  </w:num>
  <w:num w:numId="14" w16cid:durableId="1056390517">
    <w:abstractNumId w:val="11"/>
  </w:num>
  <w:num w:numId="15" w16cid:durableId="88175325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23F92"/>
    <w:rsid w:val="000270D9"/>
    <w:rsid w:val="000312E5"/>
    <w:rsid w:val="00034616"/>
    <w:rsid w:val="0006063C"/>
    <w:rsid w:val="00066EE2"/>
    <w:rsid w:val="000737D8"/>
    <w:rsid w:val="000E236A"/>
    <w:rsid w:val="000F3AAC"/>
    <w:rsid w:val="001436FC"/>
    <w:rsid w:val="0015074B"/>
    <w:rsid w:val="00155A17"/>
    <w:rsid w:val="001651AF"/>
    <w:rsid w:val="0017262F"/>
    <w:rsid w:val="001F5253"/>
    <w:rsid w:val="002066FF"/>
    <w:rsid w:val="00217BB0"/>
    <w:rsid w:val="0023001E"/>
    <w:rsid w:val="0024034E"/>
    <w:rsid w:val="0029639D"/>
    <w:rsid w:val="002B6278"/>
    <w:rsid w:val="00307EA9"/>
    <w:rsid w:val="00326F90"/>
    <w:rsid w:val="00332610"/>
    <w:rsid w:val="00353CCE"/>
    <w:rsid w:val="003C7BCB"/>
    <w:rsid w:val="003D537B"/>
    <w:rsid w:val="00460DE1"/>
    <w:rsid w:val="004775F7"/>
    <w:rsid w:val="00483039"/>
    <w:rsid w:val="00492484"/>
    <w:rsid w:val="004B6760"/>
    <w:rsid w:val="004C1E04"/>
    <w:rsid w:val="00571BEE"/>
    <w:rsid w:val="00591FC2"/>
    <w:rsid w:val="005B2026"/>
    <w:rsid w:val="005B2BE4"/>
    <w:rsid w:val="005C7FF7"/>
    <w:rsid w:val="005F4A47"/>
    <w:rsid w:val="006136CD"/>
    <w:rsid w:val="006B75A8"/>
    <w:rsid w:val="006E3C05"/>
    <w:rsid w:val="00731A58"/>
    <w:rsid w:val="00786361"/>
    <w:rsid w:val="007A49B6"/>
    <w:rsid w:val="007E216B"/>
    <w:rsid w:val="007E262D"/>
    <w:rsid w:val="00820420"/>
    <w:rsid w:val="008C2D81"/>
    <w:rsid w:val="008E5BA6"/>
    <w:rsid w:val="0090462A"/>
    <w:rsid w:val="00910F66"/>
    <w:rsid w:val="0093404D"/>
    <w:rsid w:val="00964A53"/>
    <w:rsid w:val="0099074E"/>
    <w:rsid w:val="009D275A"/>
    <w:rsid w:val="00A03051"/>
    <w:rsid w:val="00A339E2"/>
    <w:rsid w:val="00A56717"/>
    <w:rsid w:val="00AA1D8D"/>
    <w:rsid w:val="00AE1ACF"/>
    <w:rsid w:val="00B163D2"/>
    <w:rsid w:val="00B3522F"/>
    <w:rsid w:val="00B37B63"/>
    <w:rsid w:val="00B42BF8"/>
    <w:rsid w:val="00B47730"/>
    <w:rsid w:val="00B621F6"/>
    <w:rsid w:val="00BB4555"/>
    <w:rsid w:val="00BB51E7"/>
    <w:rsid w:val="00BC34F4"/>
    <w:rsid w:val="00BD34D6"/>
    <w:rsid w:val="00BE3E86"/>
    <w:rsid w:val="00C10A13"/>
    <w:rsid w:val="00C359BF"/>
    <w:rsid w:val="00CB0664"/>
    <w:rsid w:val="00CB1CC1"/>
    <w:rsid w:val="00D0426A"/>
    <w:rsid w:val="00D208D1"/>
    <w:rsid w:val="00D3497E"/>
    <w:rsid w:val="00D76116"/>
    <w:rsid w:val="00D81AD1"/>
    <w:rsid w:val="00D976E5"/>
    <w:rsid w:val="00DB4037"/>
    <w:rsid w:val="00E02964"/>
    <w:rsid w:val="00E353B5"/>
    <w:rsid w:val="00EE1777"/>
    <w:rsid w:val="00EE7BFC"/>
    <w:rsid w:val="00F22B25"/>
    <w:rsid w:val="00F369B2"/>
    <w:rsid w:val="00F44450"/>
    <w:rsid w:val="00FB5F5D"/>
    <w:rsid w:val="00FC4767"/>
    <w:rsid w:val="00FC693F"/>
    <w:rsid w:val="00FC73D5"/>
    <w:rsid w:val="00FD1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DD2A0B9"/>
  <w14:defaultImageDpi w14:val="300"/>
  <w15:docId w15:val="{957C41E6-EC4B-4A3F-86B2-8285EE0DF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pdq2pgselectionanchorcontainer">
    <w:name w:val="pdq2pg_selectionanchorcontainer"/>
    <w:basedOn w:val="a1"/>
    <w:rsid w:val="00A33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8">
    <w:name w:val="Normal (Web)"/>
    <w:basedOn w:val="a1"/>
    <w:uiPriority w:val="99"/>
    <w:unhideWhenUsed/>
    <w:rsid w:val="00A339E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isselectedend">
    <w:name w:val="isselectedend"/>
    <w:basedOn w:val="a1"/>
    <w:rsid w:val="000F3AA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9">
    <w:name w:val="Hyperlink"/>
    <w:basedOn w:val="a2"/>
    <w:uiPriority w:val="99"/>
    <w:unhideWhenUsed/>
    <w:rsid w:val="00FB5F5D"/>
    <w:rPr>
      <w:color w:val="0000FF" w:themeColor="hyperlink"/>
      <w:u w:val="single"/>
    </w:rPr>
  </w:style>
  <w:style w:type="character" w:customStyle="1" w:styleId="14">
    <w:name w:val="Неразрешенное упоминание1"/>
    <w:basedOn w:val="a2"/>
    <w:uiPriority w:val="99"/>
    <w:semiHidden/>
    <w:unhideWhenUsed/>
    <w:rsid w:val="00FB5F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tel:+373(777)6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tel:+373(777)1538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9470B7F-EDC3-43D3-B93F-03706C5387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3</Pages>
  <Words>1142</Words>
  <Characters>6512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7639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Евгений Осадчий</cp:lastModifiedBy>
  <cp:revision>30</cp:revision>
  <dcterms:created xsi:type="dcterms:W3CDTF">2026-07-21T07:36:00Z</dcterms:created>
  <dcterms:modified xsi:type="dcterms:W3CDTF">2026-08-03T10:14:00Z</dcterms:modified>
  <cp:category/>
</cp:coreProperties>
</file>